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ZEUGENAUSSAGE (SCHRIFTLICH)</w:t>
      </w:r>
    </w:p>
    <w:p/>
    <w:p>
      <w:r>
        <w:rPr>
          <w:b/>
          <w:sz w:val="20"/>
        </w:rPr>
        <w:t>Angaben zur Person des Zeugen:</w:t>
      </w:r>
    </w:p>
    <w:p>
      <w:r>
        <w:rPr>
          <w:b w:val="0"/>
          <w:sz w:val="20"/>
        </w:rPr>
        <w:t>Vor- und Nachname : ______________________________________________________</w:t>
      </w:r>
    </w:p>
    <w:p>
      <w:r>
        <w:rPr>
          <w:b w:val="0"/>
          <w:sz w:val="20"/>
        </w:rPr>
        <w:t>Geburtsdatum : _____________________________________________________________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____________________________________________________________</w:t>
      </w:r>
    </w:p>
    <w:p/>
    <w:p>
      <w:r>
        <w:rPr>
          <w:b/>
          <w:sz w:val="20"/>
        </w:rPr>
        <w:t>Anlass der Zeugenaussage:</w:t>
      </w:r>
    </w:p>
    <w:p>
      <w:r>
        <w:rPr>
          <w:b w:val="0"/>
          <w:sz w:val="20"/>
        </w:rPr>
        <w:t>Hiermit erkläre ich, dass ich nach bestem Wissen und Gewissen zu folgendem Sachverhalt aussage:</w:t>
      </w:r>
    </w:p>
    <w:p>
      <w:r>
        <w:rPr>
          <w:b w:val="0"/>
          <w:sz w:val="20"/>
        </w:rPr>
        <w:t>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</w:t>
      </w:r>
    </w:p>
    <w:p/>
    <w:p>
      <w:r>
        <w:rPr>
          <w:b/>
          <w:sz w:val="20"/>
        </w:rPr>
        <w:t>Aussage:</w:t>
      </w:r>
    </w:p>
    <w:p>
      <w:r>
        <w:rPr>
          <w:b w:val="0"/>
          <w:sz w:val="20"/>
        </w:rPr>
        <w:t>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</w:t>
      </w:r>
    </w:p>
    <w:p/>
    <w:p>
      <w:r>
        <w:rPr>
          <w:b/>
          <w:sz w:val="20"/>
        </w:rPr>
        <w:t>Ich versichere, dass ich die vorstehende Aussage nach bestem Wissen und Gewissen wahrheitsgemäß gemacht habe.</w:t>
      </w:r>
    </w:p>
    <w:p/>
    <w:p/>
    <w:p>
      <w:r>
        <w:rPr>
          <w:b w:val="0"/>
          <w:sz w:val="20"/>
        </w:rPr>
        <w:t>Ort : ____________________________________</w:t>
      </w:r>
    </w:p>
    <w:p>
      <w:r>
        <w:rPr>
          <w:b w:val="0"/>
          <w:sz w:val="20"/>
        </w:rPr>
        <w:t>Datum : 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Unterschrift des Zeugen : ________________________________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in Druckbuchstaben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https://schnellmuster.com/zeugenaussage-schriftlich/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https://schnellmuster.com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schnellmuster.com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schnellmuster.com/zeugenaussage-schriftlich/" TargetMode="External"/><Relationship Id="rId10" Type="http://schemas.openxmlformats.org/officeDocument/2006/relationships/hyperlink" Target="https://schnellmuste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