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WOHNUNGSTAUSCH</w:t>
      </w:r>
    </w:p>
    <w:p/>
    <w:p>
      <w:r>
        <w:rPr>
          <w:b/>
          <w:sz w:val="20"/>
        </w:rPr>
        <w:t>Absender:</w:t>
      </w:r>
    </w:p>
    <w:p>
      <w:r>
        <w:rPr>
          <w:b w:val="0"/>
          <w:sz w:val="20"/>
        </w:rPr>
        <w:t>Name : ____________________________________________________________</w:t>
      </w:r>
    </w:p>
    <w:p>
      <w:r>
        <w:rPr>
          <w:b w:val="0"/>
          <w:sz w:val="20"/>
        </w:rPr>
        <w:t>Anschrift : ________________________________________________________</w:t>
      </w:r>
    </w:p>
    <w:p>
      <w:r>
        <w:rPr>
          <w:b w:val="0"/>
          <w:sz w:val="20"/>
        </w:rPr>
        <w:t>Telefonnummer : ___________________________________________________</w:t>
      </w:r>
    </w:p>
    <w:p/>
    <w:p>
      <w:r>
        <w:rPr>
          <w:b/>
          <w:sz w:val="20"/>
        </w:rPr>
        <w:t>Empfänger:</w:t>
      </w:r>
    </w:p>
    <w:p>
      <w:r>
        <w:rPr>
          <w:b w:val="0"/>
          <w:sz w:val="20"/>
        </w:rPr>
        <w:t>Name : ____________________________________________________________</w:t>
      </w:r>
    </w:p>
    <w:p>
      <w:r>
        <w:rPr>
          <w:b w:val="0"/>
          <w:sz w:val="20"/>
        </w:rPr>
        <w:t>Anschrift : ________________________________________________________</w:t>
      </w:r>
    </w:p>
    <w:p>
      <w:r>
        <w:rPr>
          <w:b w:val="0"/>
          <w:sz w:val="20"/>
        </w:rPr>
        <w:t>Telefonnummer : ___________________________________________________</w:t>
      </w:r>
    </w:p>
    <w:p/>
    <w:p/>
    <w:p>
      <w:r>
        <w:rPr>
          <w:b/>
          <w:sz w:val="20"/>
        </w:rPr>
        <w:t>Betreff:</w:t>
      </w:r>
    </w:p>
    <w:p>
      <w:r>
        <w:rPr>
          <w:b w:val="0"/>
          <w:sz w:val="20"/>
        </w:rPr>
        <w:t>Anfrage zum Wohnungstausch</w:t>
      </w:r>
    </w:p>
    <w:p/>
    <w:p/>
    <w:p>
      <w:r>
        <w:rPr>
          <w:b w:val="0"/>
          <w:sz w:val="20"/>
        </w:rPr>
        <w:t>Sehr geehrte Damen und Herren,</w:t>
      </w:r>
    </w:p>
    <w:p/>
    <w:p>
      <w:r>
        <w:rPr>
          <w:b w:val="0"/>
          <w:sz w:val="20"/>
        </w:rPr>
        <w:t>hiermit möchte ich Ihnen einen Wohnungstausch vorschlagen. Ich bewohne derzeit eine Wohnung mit folgender Ausstattung und Lage:</w:t>
      </w:r>
    </w:p>
    <w:p>
      <w:r>
        <w:rPr>
          <w:b w:val="0"/>
          <w:sz w:val="20"/>
        </w:rPr>
        <w:t>Adresse der Wohnung : _______________________________________________</w:t>
      </w:r>
    </w:p>
    <w:p>
      <w:r>
        <w:rPr>
          <w:b w:val="0"/>
          <w:sz w:val="20"/>
        </w:rPr>
        <w:t>Größe (m²) : __________________ Anzahl der Zimmer : _________________</w:t>
      </w:r>
    </w:p>
    <w:p>
      <w:r>
        <w:rPr>
          <w:b w:val="0"/>
          <w:sz w:val="20"/>
        </w:rPr>
        <w:t>Stockwerk : __________________ Besonderheiten : ______________________</w:t>
      </w:r>
    </w:p>
    <w:p/>
    <w:p>
      <w:r>
        <w:rPr>
          <w:b w:val="0"/>
          <w:sz w:val="20"/>
        </w:rPr>
        <w:t>Ich interessiere mich für Ihre Wohnung, die folgende Merkmale aufweist:</w:t>
      </w:r>
    </w:p>
    <w:p>
      <w:r>
        <w:rPr>
          <w:b w:val="0"/>
          <w:sz w:val="20"/>
        </w:rPr>
        <w:t>Adresse der Wunschwohnung : __________________________________________</w:t>
      </w:r>
    </w:p>
    <w:p>
      <w:r>
        <w:rPr>
          <w:b w:val="0"/>
          <w:sz w:val="20"/>
        </w:rPr>
        <w:t>Größe (m²) : __________________ Anzahl der Zimmer : _________________</w:t>
      </w:r>
    </w:p>
    <w:p>
      <w:r>
        <w:rPr>
          <w:b w:val="0"/>
          <w:sz w:val="20"/>
        </w:rPr>
        <w:t>Stockwerk : __________________ Besonderheiten : ______________________</w:t>
      </w:r>
    </w:p>
    <w:p/>
    <w:p>
      <w:r>
        <w:rPr>
          <w:b w:val="0"/>
          <w:sz w:val="20"/>
        </w:rPr>
        <w:t>Ich schlage vor, dass wir die Wohnungen für eine vereinbarte Dauer tauschen. Sollten Sie Interesse an diesem Tausch haben, bitte ich um eine Rückmeldung, um weitere Details zu klären.</w:t>
      </w:r>
    </w:p>
    <w:p/>
    <w:p/>
    <w:p>
      <w:r>
        <w:rPr>
          <w:b/>
          <w:sz w:val="20"/>
        </w:rPr>
        <w:t>Rechtliche Hinweise:</w:t>
      </w:r>
    </w:p>
    <w:p>
      <w:r>
        <w:rPr>
          <w:b w:val="0"/>
          <w:sz w:val="20"/>
        </w:rPr>
        <w:t>Der Wohnungstausch erfolgt auf Grundlage gegenseitiger Zustimmung. Beide Parteien sind verpflichtet, alle notwendigen Genehmigungen und Zustimmungen von Vermietern einzuholen. Die Haftung für Schäden oder Mängel an den Wohnungen trägt jeweils die verantwortliche Partei während der Tauschdauer.</w:t>
      </w:r>
    </w:p>
    <w:p/>
    <w:p>
      <w:r>
        <w:rPr>
          <w:b w:val="0"/>
          <w:sz w:val="20"/>
        </w:rPr>
        <w:t>Mit freundlichen Grüßen,</w:t>
      </w:r>
    </w:p>
    <w:p/>
    <w:p/>
    <w:p/>
    <w:p>
      <w:pPr>
        <w:jc w:val="center"/>
      </w:pPr>
      <w:r>
        <w:rPr>
          <w:b w:val="0"/>
          <w:sz w:val="20"/>
        </w:rPr>
        <w:t>_______________________________</w:t>
      </w:r>
    </w:p>
    <w:p>
      <w:pPr>
        <w:jc w:val="center"/>
      </w:pPr>
      <w:r>
        <w:rPr>
          <w:b w:val="0"/>
          <w:sz w:val="20"/>
        </w:rPr>
        <w:t>Unterschrift Absender</w:t>
      </w:r>
    </w:p>
    <w:p/>
    <w:p/>
    <w:p>
      <w:r>
        <w:rPr>
          <w:b w:val="0"/>
          <w:sz w:val="20"/>
        </w:rPr>
        <w:t>Ort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https://schnellmuster.com/wohnungstausch-musterbrief/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wohnungstausch-musterbrief/"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