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WIDERRUF DES BESCHIEDES ZUR ERWERBSMINDERUNGRENTE</w:t>
      </w:r>
    </w:p>
    <w:p/>
    <w:p>
      <w:r>
        <w:rPr>
          <w:b w:val="0"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_________________________________________________</w:t>
      </w:r>
    </w:p>
    <w:p>
      <w:r>
        <w:rPr>
          <w:b w:val="0"/>
          <w:sz w:val="20"/>
        </w:rPr>
        <w:t>Anschrift : 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 w:val="0"/>
          <w:sz w:val="20"/>
        </w:rPr>
        <w:t>An:</w:t>
      </w:r>
    </w:p>
    <w:p>
      <w:r>
        <w:rPr>
          <w:b w:val="0"/>
          <w:sz w:val="20"/>
        </w:rPr>
        <w:t>Deutsche Rentenversicherung</w:t>
      </w:r>
    </w:p>
    <w:p>
      <w:r>
        <w:rPr>
          <w:b w:val="0"/>
          <w:sz w:val="20"/>
        </w:rPr>
        <w:t>Straße und Hausnummer : _____________________________________________</w:t>
      </w:r>
    </w:p>
    <w:p>
      <w:r>
        <w:rPr>
          <w:b w:val="0"/>
          <w:sz w:val="20"/>
        </w:rPr>
        <w:t>PLZ und Ort : 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Widerspruch gegen den Bescheid zur Erwerbsminderungsrente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lege ich Widerspruch gegen den Bescheid vom ____________________ ein, mit dem mein Antrag auf Erwerbsminderungsrente abgelehnt oder gekürzt wurde.</w:t>
      </w:r>
    </w:p>
    <w:p/>
    <w:p>
      <w:r>
        <w:rPr>
          <w:b/>
          <w:sz w:val="20"/>
        </w:rPr>
        <w:t>Begründung des Widerspruchs :</w:t>
      </w:r>
    </w:p>
    <w:p>
      <w:r>
        <w:rPr>
          <w:b w:val="0"/>
          <w:sz w:val="20"/>
        </w:rPr>
        <w:t>Ich bin der Auffassung, dass die Entscheidung nicht korrekt ist, weil:</w:t>
      </w:r>
    </w:p>
    <w:p>
      <w:r>
        <w:rPr>
          <w:b w:val="0"/>
          <w:sz w:val="20"/>
        </w:rPr>
        <w:t>- meine gesundheitlichen Einschränkungen nicht ausreichend berücksichtigt wurden.</w:t>
      </w:r>
    </w:p>
    <w:p>
      <w:r>
        <w:rPr>
          <w:b w:val="0"/>
          <w:sz w:val="20"/>
        </w:rPr>
        <w:t>- die medizinischen Gutachten nicht vollständig oder fehlerhaft sind.</w:t>
      </w:r>
    </w:p>
    <w:p>
      <w:r>
        <w:rPr>
          <w:b w:val="0"/>
          <w:sz w:val="20"/>
        </w:rPr>
        <w:t>- weitere ärztliche Unterlagen und Befunde vorliegen, die eine Erwerbsminderung belegen.</w:t>
      </w:r>
    </w:p>
    <w:p>
      <w:r>
        <w:rPr>
          <w:b w:val="0"/>
          <w:sz w:val="20"/>
        </w:rPr>
        <w:t>Bitte prüfen Sie meinen Fall erneut unter Berücksichtigung aller vorliegenden Unterlagen.</w:t>
      </w:r>
    </w:p>
    <w:p/>
    <w:p>
      <w:r>
        <w:rPr>
          <w:b/>
          <w:sz w:val="20"/>
        </w:rPr>
        <w:t>Anlagen :</w:t>
      </w:r>
    </w:p>
    <w:p>
      <w:r>
        <w:rPr>
          <w:b w:val="0"/>
          <w:sz w:val="20"/>
        </w:rPr>
        <w:t>- Kopie des Bescheides</w:t>
      </w:r>
    </w:p>
    <w:p>
      <w:r>
        <w:rPr>
          <w:b w:val="0"/>
          <w:sz w:val="20"/>
        </w:rPr>
        <w:t>- Ärztliche Atteste und Gutachten</w:t>
      </w:r>
    </w:p>
    <w:p>
      <w:r>
        <w:rPr>
          <w:b w:val="0"/>
          <w:sz w:val="20"/>
        </w:rPr>
        <w:t>- Sonstige Nachweise</w:t>
      </w:r>
    </w:p>
    <w:p/>
    <w:p>
      <w:r>
        <w:rPr>
          <w:b w:val="0"/>
          <w:sz w:val="20"/>
        </w:rPr>
        <w:t>Mit freundlichen Grüßen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 : 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https://schnellmuster.com/widerspruch-erwerbsminderungsrente-muster/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widerspruch-erwerbsminderungsrente-muster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