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VORSTANDSWAHL IN ABWESENHEIT</w:t>
      </w:r>
    </w:p>
    <w:p/>
    <w:p>
      <w:r>
        <w:rPr>
          <w:b w:val="0"/>
          <w:sz w:val="20"/>
        </w:rPr>
        <w:t>Hiermit erteile ich, der Unterzeichnende, meine Stimme für die Wahl des Vorstandes des Vereins.</w:t>
      </w:r>
    </w:p>
    <w:p/>
    <w:p>
      <w:r>
        <w:rPr>
          <w:b/>
          <w:sz w:val="20"/>
        </w:rPr>
        <w:t>Angaben des Mitglieds (Abwesender):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Mitgliedsnummer : 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Wahlberechtigte Kandidaten:</w:t>
      </w:r>
    </w:p>
    <w:p>
      <w:r>
        <w:rPr>
          <w:b w:val="0"/>
          <w:sz w:val="20"/>
        </w:rPr>
        <w:t>Bitte tragen Sie jeweils Ihre Wahlentscheidung ein (Ja/Nein).</w:t>
      </w:r>
    </w:p>
    <w:p>
      <w:r>
        <w:rPr>
          <w:b w:val="0"/>
          <w:sz w:val="20"/>
        </w:rPr>
        <w:t>1. Kandidat/in : _______________________________________________________</w:t>
      </w:r>
    </w:p>
    <w:p>
      <w:r>
        <w:rPr>
          <w:b w:val="0"/>
          <w:sz w:val="20"/>
        </w:rPr>
        <w:t xml:space="preserve">   Wahlentscheidung : _________________________________________________</w:t>
      </w:r>
    </w:p>
    <w:p>
      <w:r>
        <w:rPr>
          <w:b w:val="0"/>
          <w:sz w:val="20"/>
        </w:rPr>
        <w:t>2. Kandidat/in : _______________________________________________________</w:t>
      </w:r>
    </w:p>
    <w:p>
      <w:r>
        <w:rPr>
          <w:b w:val="0"/>
          <w:sz w:val="20"/>
        </w:rPr>
        <w:t xml:space="preserve">   Wahlentscheidung : _________________________________________________</w:t>
      </w:r>
    </w:p>
    <w:p>
      <w:r>
        <w:rPr>
          <w:b w:val="0"/>
          <w:sz w:val="20"/>
        </w:rPr>
        <w:t>3. Kandidat/in : _______________________________________________________</w:t>
      </w:r>
    </w:p>
    <w:p>
      <w:r>
        <w:rPr>
          <w:b w:val="0"/>
          <w:sz w:val="20"/>
        </w:rPr>
        <w:t xml:space="preserve">   Wahlentscheidung : _________________________________________________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Ich bestätige, dass ich mit der Durchführung der Vorstandswahl in meiner Abwesenheit einverstanden bin und die oben getroffenen Wahlentscheidungen verbindlich sind.</w:t>
      </w:r>
    </w:p>
    <w:p>
      <w:r>
        <w:rPr>
          <w:b w:val="0"/>
          <w:sz w:val="20"/>
        </w:rPr>
        <w:t>Diese Vollmacht gilt ausschließlich für die Vorstandswahl und ist nicht übertragbar.</w:t>
      </w:r>
    </w:p>
    <w:p/>
    <w:p>
      <w:r>
        <w:rPr>
          <w:b/>
          <w:sz w:val="20"/>
        </w:rPr>
        <w:t>Unterschrift des Mitglieds :</w:t>
      </w:r>
    </w:p>
    <w:p>
      <w:r>
        <w:rPr>
          <w:b w:val="0"/>
          <w:sz w:val="20"/>
        </w:rPr>
        <w:t>__________________________________________________________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Vorsitzender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Stellvertretender Vorsitzender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https://schnellmuster.com/vorstandswahl-in-abwesenheit-vorlage/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vorstandswahl-in-abwesenheit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