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VORLÄUFIGER MIETVERTRAG</w:t>
      </w:r>
    </w:p>
    <w:p/>
    <w:p>
      <w:r>
        <w:rPr>
          <w:b/>
          <w:sz w:val="20"/>
        </w:rPr>
        <w:t>Angaben des Vermieters :</w:t>
      </w:r>
    </w:p>
    <w:p>
      <w:r>
        <w:rPr>
          <w:b w:val="0"/>
          <w:sz w:val="20"/>
        </w:rPr>
        <w:t>Vor- und Nachname / Firma : 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Mieters :</w:t>
      </w:r>
    </w:p>
    <w:p>
      <w:r>
        <w:rPr>
          <w:b w:val="0"/>
          <w:sz w:val="20"/>
        </w:rPr>
        <w:t>Vor- und Nachname : 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zum Mietobjekt :</w:t>
      </w:r>
    </w:p>
    <w:p>
      <w:r>
        <w:rPr>
          <w:b w:val="0"/>
          <w:sz w:val="20"/>
        </w:rPr>
        <w:t>Adresse : _____________________________________________________________</w:t>
      </w:r>
    </w:p>
    <w:p>
      <w:r>
        <w:rPr>
          <w:b w:val="0"/>
          <w:sz w:val="20"/>
        </w:rPr>
        <w:t>Wohnungsart (z.B. Wohnung, Haus) : ____________________________________</w:t>
      </w:r>
    </w:p>
    <w:p>
      <w:r>
        <w:rPr>
          <w:b w:val="0"/>
          <w:sz w:val="20"/>
        </w:rPr>
        <w:t>Größe (qm) : ____________________________</w:t>
      </w:r>
    </w:p>
    <w:p>
      <w:r>
        <w:rPr>
          <w:b w:val="0"/>
          <w:sz w:val="20"/>
        </w:rPr>
        <w:t>Zimmeranzahl : ___________________________</w:t>
      </w:r>
    </w:p>
    <w:p/>
    <w:p>
      <w:r>
        <w:rPr>
          <w:b/>
          <w:sz w:val="20"/>
        </w:rPr>
        <w:t>Mietdauer und Kündigung :</w:t>
      </w:r>
    </w:p>
    <w:p>
      <w:r>
        <w:rPr>
          <w:b w:val="0"/>
          <w:sz w:val="20"/>
        </w:rPr>
        <w:t>Dieser vorläufige Mietvertrag gilt bis zum Abschluss des endgültigen Mietvertrages.</w:t>
      </w:r>
    </w:p>
    <w:p>
      <w:r>
        <w:rPr>
          <w:b w:val="0"/>
          <w:sz w:val="20"/>
        </w:rPr>
        <w:t>Eine Kündigung ist mit einer Frist von _______ Wochen zum Monatsende möglich.</w:t>
      </w:r>
    </w:p>
    <w:p/>
    <w:p>
      <w:r>
        <w:rPr>
          <w:b/>
          <w:sz w:val="20"/>
        </w:rPr>
        <w:t>Mietzins und Nebenkosten :</w:t>
      </w:r>
    </w:p>
    <w:p>
      <w:r>
        <w:rPr>
          <w:b w:val="0"/>
          <w:sz w:val="20"/>
        </w:rPr>
        <w:t>Monatliche Miete (Kaltmiete) : _________________ EUR</w:t>
      </w:r>
    </w:p>
    <w:p>
      <w:r>
        <w:rPr>
          <w:b w:val="0"/>
          <w:sz w:val="20"/>
        </w:rPr>
        <w:t>Nebenkosten (z.B. Heizkosten, Wasser) : _________________ EUR</w:t>
      </w:r>
    </w:p>
    <w:p>
      <w:r>
        <w:rPr>
          <w:b w:val="0"/>
          <w:sz w:val="20"/>
        </w:rPr>
        <w:t>Gesamtmiete : _________________ EUR</w:t>
      </w:r>
    </w:p>
    <w:p>
      <w:r>
        <w:rPr>
          <w:b w:val="0"/>
          <w:sz w:val="20"/>
        </w:rPr>
        <w:t>Zahlungsweise : _____________________________________________________</w:t>
      </w:r>
    </w:p>
    <w:p/>
    <w:p>
      <w:r>
        <w:rPr>
          <w:b/>
          <w:sz w:val="20"/>
        </w:rPr>
        <w:t>Kaution :</w:t>
      </w:r>
    </w:p>
    <w:p>
      <w:r>
        <w:rPr>
          <w:b w:val="0"/>
          <w:sz w:val="20"/>
        </w:rPr>
        <w:t>Der Mieter leistet eine Kaution in Höhe von _________________ EUR vor Übergabe der Mietsache.</w:t>
      </w:r>
    </w:p>
    <w:p/>
    <w:p>
      <w:r>
        <w:rPr>
          <w:b/>
          <w:sz w:val="20"/>
        </w:rPr>
        <w:t>Zustand der Mietsache :</w:t>
      </w:r>
    </w:p>
    <w:p>
      <w:r>
        <w:rPr>
          <w:b w:val="0"/>
          <w:sz w:val="20"/>
        </w:rPr>
        <w:t>Der Mieter bestätigt, die Mietsache besichtigt und für vertragsgemäß befunden zu haben.</w:t>
      </w:r>
    </w:p>
    <w:p>
      <w:r>
        <w:rPr>
          <w:b w:val="0"/>
          <w:sz w:val="20"/>
        </w:rPr>
        <w:t>Etwaige Mängel sind im Übergabeprotokoll festzuhalten.</w:t>
      </w:r>
    </w:p>
    <w:p/>
    <w:p>
      <w:r>
        <w:rPr>
          <w:b/>
          <w:sz w:val="20"/>
        </w:rPr>
        <w:t>Pflichten der Parteien :</w:t>
      </w:r>
    </w:p>
    <w:p>
      <w:r>
        <w:rPr>
          <w:b w:val="0"/>
          <w:sz w:val="20"/>
        </w:rPr>
        <w:t>Der Vermieter verpflichtet sich, die Mietsache zum vereinbarten Zeitpunkt zu übergeben.</w:t>
      </w:r>
    </w:p>
    <w:p>
      <w:r>
        <w:rPr>
          <w:b w:val="0"/>
          <w:sz w:val="20"/>
        </w:rPr>
        <w:t>Der Mieter verpflichtet sich, die Miete pünktlich zu zahlen und die Mietsache pfleglich zu behandeln.</w:t>
      </w:r>
    </w:p>
    <w:p/>
    <w:p>
      <w:r>
        <w:rPr>
          <w:b/>
          <w:sz w:val="20"/>
        </w:rPr>
        <w:t>Haftung und Versicherung :</w:t>
      </w:r>
    </w:p>
    <w:p>
      <w:r>
        <w:rPr>
          <w:b w:val="0"/>
          <w:sz w:val="20"/>
        </w:rPr>
        <w:t>Der Mieter haftet für Schäden, die durch ihn oder seine Gäste verursacht werden.</w:t>
      </w:r>
    </w:p>
    <w:p>
      <w:r>
        <w:rPr>
          <w:b w:val="0"/>
          <w:sz w:val="20"/>
        </w:rPr>
        <w:t>Der Abschluss einer Haftpflichtversicherung wird empfohlen.</w:t>
      </w:r>
    </w:p>
    <w:p/>
    <w:p>
      <w:r>
        <w:rPr>
          <w:b/>
          <w:sz w:val="20"/>
        </w:rPr>
        <w:t>Schlussbestimmungen :</w:t>
      </w:r>
    </w:p>
    <w:p>
      <w:r>
        <w:rPr>
          <w:b w:val="0"/>
          <w:sz w:val="20"/>
        </w:rPr>
        <w:t>Dieser vorläufige Mietvertrag unterliegt deutschem Recht.</w:t>
      </w:r>
    </w:p>
    <w:p>
      <w:r>
        <w:rPr>
          <w:b w:val="0"/>
          <w:sz w:val="20"/>
        </w:rPr>
        <w:t>Änderungen und Ergänzungen bedürfen der Schriftform.</w:t>
      </w:r>
    </w:p>
    <w:p>
      <w:r>
        <w:rPr>
          <w:b w:val="0"/>
          <w:sz w:val="20"/>
        </w:rPr>
        <w:t>Sollten einzelne Bestimmungen unwirksam sein, bleibt die Wirksamkeit der übrigen Bestimmungen unberührt.</w:t>
      </w:r>
    </w:p>
    <w:p/>
    <w:p/>
    <w:p>
      <w:r>
        <w:rPr>
          <w:b w:val="0"/>
          <w:sz w:val="20"/>
        </w:rPr>
        <w:t>Ort : ________________________________________________________________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https://schnellmuster.com/vorlaufiger-mietvertrag/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vorlaufiger-mietvertrag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