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 ZUR ANTRAGSSTELLUNG UND EMPFANGSBEFUGNIS BEIM WOHNGELD</w:t>
      </w:r>
    </w:p>
    <w:p/>
    <w:p>
      <w:r>
        <w:rPr>
          <w:b/>
          <w:sz w:val="20"/>
        </w:rPr>
        <w:t>Angaben des Vollmachtgebers :</w:t>
      </w:r>
    </w:p>
    <w:p>
      <w:r>
        <w:rPr>
          <w:b w:val="0"/>
          <w:sz w:val="20"/>
        </w:rPr>
        <w:t>Vor- und Nachname : _________________________________________________</w:t>
      </w:r>
    </w:p>
    <w:p>
      <w:r>
        <w:rPr>
          <w:b w:val="0"/>
          <w:sz w:val="20"/>
        </w:rPr>
        <w:t>Geburtsdatum : ______________________________________________________</w:t>
      </w:r>
    </w:p>
    <w:p>
      <w:r>
        <w:rPr>
          <w:b w:val="0"/>
          <w:sz w:val="20"/>
        </w:rPr>
        <w:t>Anschrift : _________________________________________________________</w:t>
      </w:r>
    </w:p>
    <w:p>
      <w:r>
        <w:rPr>
          <w:b w:val="0"/>
          <w:sz w:val="20"/>
        </w:rPr>
        <w:t>Telefonnummer : _____________________________________________________</w:t>
      </w:r>
    </w:p>
    <w:p/>
    <w:p>
      <w:r>
        <w:rPr>
          <w:b/>
          <w:sz w:val="20"/>
        </w:rPr>
        <w:t>Angaben des Bevollmächtigten :</w:t>
      </w:r>
    </w:p>
    <w:p>
      <w:r>
        <w:rPr>
          <w:b w:val="0"/>
          <w:sz w:val="20"/>
        </w:rPr>
        <w:t>Vor- und Nachname : _________________________________________________</w:t>
      </w:r>
    </w:p>
    <w:p>
      <w:r>
        <w:rPr>
          <w:b w:val="0"/>
          <w:sz w:val="20"/>
        </w:rPr>
        <w:t>Geburtsdatum : ______________________________________________________</w:t>
      </w:r>
    </w:p>
    <w:p>
      <w:r>
        <w:rPr>
          <w:b w:val="0"/>
          <w:sz w:val="20"/>
        </w:rPr>
        <w:t>Anschrift : _________________________________________________________</w:t>
      </w:r>
    </w:p>
    <w:p>
      <w:r>
        <w:rPr>
          <w:b w:val="0"/>
          <w:sz w:val="20"/>
        </w:rPr>
        <w:t>Telefonnummer : _____________________________________________________</w:t>
      </w:r>
    </w:p>
    <w:p/>
    <w:p>
      <w:r>
        <w:rPr>
          <w:b/>
          <w:sz w:val="20"/>
        </w:rPr>
        <w:t>Vollmacht :</w:t>
      </w:r>
    </w:p>
    <w:p>
      <w:r>
        <w:rPr>
          <w:b w:val="0"/>
          <w:sz w:val="20"/>
        </w:rPr>
        <w:t>Hiermit bevollmächtige ich den oben genannten Bevollmächtigten, mich gegenüber der zuständigen Behörde in allen Angelegenheiten bezüglich des Wohngeldantrags zu vertreten. Dies umfasst insbesondere die Antragstellung, die Entgegennahme von Bescheiden und Schriftstücken sowie die Vornahme aller notwendigen Erklärungen und Handlungen in diesem Zusammenhang.</w:t>
      </w:r>
    </w:p>
    <w:p/>
    <w:p>
      <w:r>
        <w:rPr>
          <w:b w:val="0"/>
          <w:sz w:val="20"/>
        </w:rPr>
        <w:t>Die Vollmacht umfasst ausdrücklich die Berechtigung, im Namen des Vollmachtgebers sämtliche erforderlichen Anträge und Erklärungen zu unterzeichnen und entgegenzunehmen sowie Auskünfte einzuholen.</w:t>
      </w:r>
    </w:p>
    <w:p/>
    <w:p>
      <w:r>
        <w:rPr>
          <w:b w:val="0"/>
          <w:sz w:val="20"/>
        </w:rPr>
        <w:t>Diese Vollmacht gilt ausschließlich für Angelegenheiten im Zusammenhang mit dem Wohngeld, soweit nicht schriftlich anders bestimmt.</w:t>
      </w:r>
    </w:p>
    <w:p/>
    <w:p>
      <w:r>
        <w:rPr>
          <w:b/>
          <w:sz w:val="20"/>
        </w:rPr>
        <w:t>Widerruf :</w:t>
      </w:r>
    </w:p>
    <w:p>
      <w:r>
        <w:rPr>
          <w:b w:val="0"/>
          <w:sz w:val="20"/>
        </w:rPr>
        <w:t>Diese Vollmacht kann jederzeit schriftlich widerrufen werden.</w:t>
      </w:r>
    </w:p>
    <w:p/>
    <w:p/>
    <w:p>
      <w:r>
        <w:rPr>
          <w:b w:val="0"/>
          <w:sz w:val="20"/>
        </w:rPr>
        <w:t>Ort : _____________________________________________</w:t>
      </w:r>
    </w:p>
    <w:p>
      <w:r>
        <w:rPr>
          <w:b w:val="0"/>
          <w:sz w:val="20"/>
        </w:rPr>
        <w:t>Unterschrift Vollmachtgeber : _________________________________</w:t>
      </w:r>
    </w:p>
    <w:p/>
    <w:p/>
    <w:p>
      <w:r>
        <w:rPr>
          <w:b w:val="0"/>
          <w:sz w:val="20"/>
        </w:rPr>
        <w:t>Unterschrift Bevollmächtigter (zur Kenntnisnahme) : 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____________________________</w:t>
            </w:r>
          </w:p>
        </w:tc>
        <w:tc>
          <w:tcPr>
            <w:tcW w:type="dxa" w:w="4986"/>
            <w:tcBorders>
              <w:top w:val="nil"/>
              <w:left w:val="nil"/>
              <w:bottom w:val="nil"/>
              <w:right w:val="nil"/>
              <w:insideH w:val="nil"/>
              <w:insideV w:val="nil"/>
            </w:tcBorders>
          </w:tcPr>
          <w:p>
            <w:pPr>
              <w:jc w:val="center"/>
            </w:pPr>
            <w:r>
              <w:br/>
              <w:br/>
              <w:t>Unterschrift : ____________________________</w:t>
            </w:r>
          </w:p>
        </w:tc>
      </w:tr>
      <w:tr>
        <w:tc>
          <w:tcPr>
            <w:tcW w:type="dxa" w:w="4986"/>
            <w:tcBorders>
              <w:top w:val="nil"/>
              <w:left w:val="nil"/>
              <w:bottom w:val="nil"/>
              <w:right w:val="nil"/>
              <w:insideH w:val="nil"/>
              <w:insideV w:val="nil"/>
            </w:tcBorders>
          </w:tcPr>
          <w:p>
            <w:pPr>
              <w:jc w:val="center"/>
            </w:pPr>
            <w:r>
              <w:t>Name : _________________________________</w:t>
            </w:r>
          </w:p>
        </w:tc>
        <w:tc>
          <w:tcPr>
            <w:tcW w:type="dxa" w:w="4986"/>
            <w:tcBorders>
              <w:top w:val="nil"/>
              <w:left w:val="nil"/>
              <w:bottom w:val="nil"/>
              <w:right w:val="nil"/>
              <w:insideH w:val="nil"/>
              <w:insideV w:val="nil"/>
            </w:tcBorders>
          </w:tcPr>
          <w:p>
            <w:pPr>
              <w:jc w:val="center"/>
            </w:pPr>
            <w:r>
              <w:t>Name : 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https://schnellmuster.com/vollmacht-wohngeld-muster/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vollmacht-wohngeld-muster/"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