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VOLLMACHT</w:t>
      </w:r>
    </w:p>
    <w:p/>
    <w:p/>
    <w:p>
      <w:r>
        <w:rPr>
          <w:b/>
          <w:sz w:val="20"/>
        </w:rPr>
        <w:t>Vollmachtgeberin :</w:t>
      </w:r>
    </w:p>
    <w:p>
      <w:r>
        <w:rPr>
          <w:b w:val="0"/>
          <w:sz w:val="20"/>
        </w:rPr>
        <w:t>Name, Vorname : ________________________________________________</w:t>
      </w:r>
    </w:p>
    <w:p>
      <w:r>
        <w:rPr>
          <w:b w:val="0"/>
          <w:sz w:val="20"/>
        </w:rPr>
        <w:t>Geburtsdatum : ________________________________________________</w:t>
      </w:r>
    </w:p>
    <w:p>
      <w:r>
        <w:rPr>
          <w:b w:val="0"/>
          <w:sz w:val="20"/>
        </w:rPr>
        <w:t>Anschrift : ___________________________________________________</w:t>
      </w:r>
    </w:p>
    <w:p>
      <w:r>
        <w:rPr>
          <w:b w:val="0"/>
          <w:sz w:val="20"/>
        </w:rPr>
        <w:t>Telefonnummer : ______________________________________________</w:t>
      </w:r>
    </w:p>
    <w:p/>
    <w:p>
      <w:r>
        <w:rPr>
          <w:b/>
          <w:sz w:val="20"/>
        </w:rPr>
        <w:t>Bevollmächtigte Person (Großmutter) :</w:t>
      </w:r>
    </w:p>
    <w:p>
      <w:r>
        <w:rPr>
          <w:b w:val="0"/>
          <w:sz w:val="20"/>
        </w:rPr>
        <w:t>Name, Vorname : ________________________________________________</w:t>
      </w:r>
    </w:p>
    <w:p>
      <w:r>
        <w:rPr>
          <w:b w:val="0"/>
          <w:sz w:val="20"/>
        </w:rPr>
        <w:t>Geburtsdatum : ________________________________________________</w:t>
      </w:r>
    </w:p>
    <w:p>
      <w:r>
        <w:rPr>
          <w:b w:val="0"/>
          <w:sz w:val="20"/>
        </w:rPr>
        <w:t>Anschrift : ___________________________________________________</w:t>
      </w:r>
    </w:p>
    <w:p>
      <w:r>
        <w:rPr>
          <w:b w:val="0"/>
          <w:sz w:val="20"/>
        </w:rPr>
        <w:t>Telefonnummer : ______________________________________________</w:t>
      </w:r>
    </w:p>
    <w:p/>
    <w:p>
      <w:r>
        <w:rPr>
          <w:b/>
          <w:sz w:val="20"/>
        </w:rPr>
        <w:t>Kind :</w:t>
      </w:r>
    </w:p>
    <w:p>
      <w:r>
        <w:rPr>
          <w:b w:val="0"/>
          <w:sz w:val="20"/>
        </w:rPr>
        <w:t>Name, Vorname : ________________________________________________</w:t>
      </w:r>
    </w:p>
    <w:p>
      <w:r>
        <w:rPr>
          <w:b w:val="0"/>
          <w:sz w:val="20"/>
        </w:rPr>
        <w:t>Geburtsdatum : ________________________________________________</w:t>
      </w:r>
    </w:p>
    <w:p/>
    <w:p>
      <w:r>
        <w:rPr>
          <w:b/>
          <w:sz w:val="20"/>
        </w:rPr>
        <w:t>Hiermit erteile ich der oben genannten Großmutter die Vollmacht, mein Kind im Rahmen medizinischer Notwendigkeiten und Arztbesuche zu vertreten und alle erforderlichen Entscheidungen in meinem Namen zu treffen. Dies umfasst insbesondere:</w:t>
      </w:r>
    </w:p>
    <w:p>
      <w:r>
        <w:rPr>
          <w:b w:val="0"/>
          <w:sz w:val="20"/>
        </w:rPr>
        <w:t>- Die Einwilligung zu ärztlichen Untersuchungen, Behandlungen und medizinischen Maßnahmen.</w:t>
      </w:r>
    </w:p>
    <w:p>
      <w:r>
        <w:rPr>
          <w:b w:val="0"/>
          <w:sz w:val="20"/>
        </w:rPr>
        <w:t>- Die Entgegennahme von Auskünften und Dokumenten bei Ärzten, Krankenhäusern und anderen medizinischen Einrichtungen.</w:t>
      </w:r>
    </w:p>
    <w:p>
      <w:r>
        <w:rPr>
          <w:b w:val="0"/>
          <w:sz w:val="20"/>
        </w:rPr>
        <w:t>- Die Organisation und Begleitung von Arztterminen und Therapien.</w:t>
      </w:r>
    </w:p>
    <w:p/>
    <w:p>
      <w:r>
        <w:rPr>
          <w:b/>
          <w:sz w:val="20"/>
        </w:rPr>
        <w:t>Diese Vollmacht gilt ausschließlich im Zusammenhang mit der medizinischen Versorgung meines Kindes und entfaltet keine weitere rechtliche Wirkung.</w:t>
      </w:r>
    </w:p>
    <w:p/>
    <w:p>
      <w:r>
        <w:rPr>
          <w:b/>
          <w:sz w:val="20"/>
        </w:rPr>
        <w:t>Ich bestätige, dass ich diese Vollmacht freiwillig erteilt habe und dass die bevollmächtigte Person vertrauenswürdig und in der Lage ist, im besten Interesse meines Kindes zu handeln.</w:t>
      </w:r>
    </w:p>
    <w:p/>
    <w:p/>
    <w:p>
      <w:r>
        <w:rPr>
          <w:b w:val="0"/>
          <w:sz w:val="20"/>
        </w:rPr>
        <w:t>Ort : ____________________________    Datum : ____________________________</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Unterschrift Vollmachtgeberin</w:t>
            </w:r>
          </w:p>
        </w:tc>
      </w:tr>
      <w:tr>
        <w:tc>
          <w:tcPr>
            <w:tcW w:type="dxa" w:w="9972"/>
            <w:tcBorders>
              <w:top w:val="nil"/>
              <w:left w:val="nil"/>
              <w:bottom w:val="nil"/>
              <w:right w:val="nil"/>
              <w:insideH w:val="nil"/>
              <w:insideV w:val="nil"/>
            </w:tcBorders>
          </w:tcPr>
          <w:p>
            <w:pPr>
              <w:jc w:val="center"/>
            </w:pPr>
            <w:r>
              <w:br/>
              <w:br/>
              <w:t>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https://schnellmuster.com/vollmacht-oma-mit-kind-zum-arzt/</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https://schnellmuster.com</w:t>
        </w:r>
      </w:hyperlink>
    </w:p>
    <w:p>
      <w:pPr>
        <w:jc w:val="center"/>
      </w:pPr>
      <w:r>
        <w:rPr>
          <w:color w:val="808080"/>
          <w:sz w:val="20"/>
        </w:rPr>
        <w:t>Diese Vorlage ist ausschließlich für den persönlichen, nicht kommerziellen Gebrauch bestimmt.</w:t>
        <w:br/>
        <w:t>Bei Weitergabe oder Veröffentlichung ist die Nennung der Quelle verpflichtend. © schnellmuster.com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schnellmuster.com/vollmacht-oma-mit-kind-zum-arzt/" TargetMode="External"/><Relationship Id="rId10" Type="http://schemas.openxmlformats.org/officeDocument/2006/relationships/hyperlink" Target="https://schnellmust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