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DIE NUTZUNG EINES KFZ IM AUSLAND</w:t>
      </w:r>
    </w:p>
    <w:p/>
    <w:p>
      <w:r>
        <w:rPr>
          <w:b/>
          <w:sz w:val="20"/>
        </w:rPr>
        <w:t>Angaben des Vollmachtgebers (Fahrzeughalter)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Personalausweis-Nr. / Reisepass-Nr. : 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Personalausweis-Nr. / Reisepass-Nr. : 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Fahrzeugdaten :</w:t>
      </w:r>
    </w:p>
    <w:p>
      <w:r>
        <w:rPr>
          <w:b w:val="0"/>
          <w:sz w:val="20"/>
        </w:rPr>
        <w:t>Marke / Modell : ____________________________________________________</w:t>
      </w:r>
    </w:p>
    <w:p>
      <w:r>
        <w:rPr>
          <w:b w:val="0"/>
          <w:sz w:val="20"/>
        </w:rPr>
        <w:t>Fahrzeug-Identifizierungsnummer (FIN) : _____________________________</w:t>
      </w:r>
    </w:p>
    <w:p>
      <w:r>
        <w:rPr>
          <w:b w:val="0"/>
          <w:sz w:val="20"/>
        </w:rPr>
        <w:t>Amtliches Kennzeichen : _____________________________________________</w:t>
      </w:r>
    </w:p>
    <w:p>
      <w:r>
        <w:rPr>
          <w:b w:val="0"/>
          <w:sz w:val="20"/>
        </w:rPr>
        <w:t>Fahrzeugbrief / Zulassungsbescheinigung Teil II : Vorhanden / Nicht vorhanden</w:t>
      </w:r>
    </w:p>
    <w:p/>
    <w:p>
      <w:r>
        <w:rPr>
          <w:b/>
          <w:sz w:val="20"/>
        </w:rPr>
        <w:t>Vollmachtserklärung :</w:t>
      </w:r>
    </w:p>
    <w:p>
      <w:r>
        <w:rPr>
          <w:b w:val="0"/>
          <w:sz w:val="20"/>
        </w:rPr>
        <w:t>Hiermit bevollmächtige ich oben genannten Bevollmächtigten, das genannte Kraftfahrzeug im Ausland zu nutzen, zu führen und alle notwendigen Handlungen im Zusammenhang mit dem Fahrzeug vorzunehmen, insbesondere auch Behördenkontakte und Verkehrsangelegenheiten.</w:t>
      </w:r>
    </w:p>
    <w:p/>
    <w:p>
      <w:r>
        <w:rPr>
          <w:b/>
          <w:sz w:val="20"/>
        </w:rPr>
        <w:t>Geltungsbereich der Vollmacht :</w:t>
      </w:r>
    </w:p>
    <w:p>
      <w:r>
        <w:rPr>
          <w:b w:val="0"/>
          <w:sz w:val="20"/>
        </w:rPr>
        <w:t>Die Vollmacht gilt für die Nutzung des Fahrzeugs in folgenden Ländern: ______________________________________________________________.</w:t>
      </w:r>
    </w:p>
    <w:p/>
    <w:p>
      <w:r>
        <w:rPr>
          <w:b/>
          <w:sz w:val="20"/>
        </w:rPr>
        <w:t>Haftung und Pflichten :</w:t>
      </w:r>
    </w:p>
    <w:p>
      <w:r>
        <w:rPr>
          <w:b w:val="0"/>
          <w:sz w:val="20"/>
        </w:rPr>
        <w:t>Der Bevollmächtigte verpflichtet sich, das Fahrzeug sorgsam und entsprechend der verkehrsrechtlichen Vorschriften zu nutzen. Der Vollmachtgeber haftet im Rahmen der geltenden gesetzlichen Bestimmungen.</w:t>
      </w:r>
    </w:p>
    <w:p/>
    <w:p>
      <w:r>
        <w:rPr>
          <w:b/>
          <w:sz w:val="20"/>
        </w:rPr>
        <w:t>Widerruf :</w:t>
      </w:r>
    </w:p>
    <w:p>
      <w:r>
        <w:rPr>
          <w:b w:val="0"/>
          <w:sz w:val="20"/>
        </w:rPr>
        <w:t>Diese Vollmacht kann jederzeit schriftlich widerrufen werden. Der Widerruf wird wirksam mit Zugang beim Bevollmächtigten.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Vollmachtgeber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https://schnellmuster.com/vollmacht-fur-kfz-nutzung-im-ausland/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ollmacht-fur-kfz-nutzung-im-ausland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