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VERZICHT AUF SOZIALLEISTUNGEN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Verzichtenden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Sozialversicherungsnummer : ____________________________________________</w:t>
      </w:r>
    </w:p>
    <w:p/>
    <w:p>
      <w:r>
        <w:rPr>
          <w:b/>
          <w:sz w:val="20"/>
        </w:rPr>
        <w:t>Angaben des Empfängers der Erklärung (z.B. Sozialleistungsträger) :</w:t>
      </w:r>
    </w:p>
    <w:p>
      <w:r>
        <w:rPr>
          <w:b w:val="0"/>
          <w:sz w:val="20"/>
        </w:rPr>
        <w:t>Name / Bezeichnung : 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/>
    <w:p>
      <w:r>
        <w:rPr>
          <w:b/>
          <w:sz w:val="20"/>
        </w:rPr>
        <w:t>Erklärung zum Verzicht auf Sozialleistungen :</w:t>
      </w:r>
    </w:p>
    <w:p>
      <w:r>
        <w:rPr>
          <w:b w:val="0"/>
          <w:sz w:val="20"/>
        </w:rPr>
        <w:t>Hiermit verzichte ich freiwillig und unwiderruflich auf den Bezug folgender Sozialleistungen: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 w:val="0"/>
          <w:sz w:val="20"/>
        </w:rPr>
        <w:t>Der Verzicht erfolgt bewusst, ohne Druck oder Zwang und nach eigenem Ermessen.</w:t>
      </w:r>
    </w:p>
    <w:p>
      <w:r>
        <w:rPr>
          <w:b w:val="0"/>
          <w:sz w:val="20"/>
        </w:rPr>
        <w:t>Mir ist bewusst, dass ich durch diesen Verzicht auf die genannten Leistungen keinen Anspruch mehr geltend machen kann.</w:t>
      </w:r>
    </w:p>
    <w:p>
      <w:r>
        <w:rPr>
          <w:b w:val="0"/>
          <w:sz w:val="20"/>
        </w:rPr>
        <w:t>Mir ist bekannt, dass diese Erklärung keine Auswirkungen auf andere gesetzliche Ansprüche hat.</w:t>
      </w:r>
    </w:p>
    <w:p/>
    <w:p>
      <w:r>
        <w:rPr>
          <w:b/>
          <w:sz w:val="20"/>
        </w:rPr>
        <w:t>Hinweise und Rechtsgrundlagen :</w:t>
      </w:r>
    </w:p>
    <w:p>
      <w:r>
        <w:rPr>
          <w:b w:val="0"/>
          <w:sz w:val="20"/>
        </w:rPr>
        <w:t>Dieser Verzicht erfolgt auf Grundlage der geltenden gesetzlichen Bestimmungen, insbesondere des Sozialgesetzbuches (SGB).</w:t>
      </w:r>
    </w:p>
    <w:p>
      <w:r>
        <w:rPr>
          <w:b w:val="0"/>
          <w:sz w:val="20"/>
        </w:rPr>
        <w:t>Ein Widerruf des Verzichts ist nur wirksam, wenn er schriftlich erfolgt und vom Leistungsträger akzeptiert wird.</w:t>
      </w:r>
    </w:p>
    <w:p>
      <w:r>
        <w:rPr>
          <w:b w:val="0"/>
          <w:sz w:val="20"/>
        </w:rPr>
        <w:t>Ich wurde darüber informiert, dass ich bei Unklarheiten rechtlichen Rat einholen kann.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Sollten einzelne Bestimmungen dieser Erklärung unwirksam sein, bleibt die Wirksamkeit der übrigen Bestimmungen unberührt.</w:t>
      </w:r>
    </w:p>
    <w:p>
      <w:r>
        <w:rPr>
          <w:b w:val="0"/>
          <w:sz w:val="20"/>
        </w:rPr>
        <w:t>Gerichtsstand ist der Sitz des zuständigen Sozialleistungsträgers.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Verzichtender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Sozialleistungsträger / Vertreter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https://schnellmuster.com/verzicht-auf-sozialleistungen-muster/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verzicht-auf-sozialleistungen-muster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