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VERMITTLUNGSVERTRAG KFZ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Vermittler :</w:t>
      </w:r>
    </w:p>
    <w:p>
      <w:r>
        <w:rPr>
          <w:b w:val="0"/>
          <w:sz w:val="20"/>
        </w:rPr>
        <w:t>Name / Firma : 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</w:t>
      </w:r>
    </w:p>
    <w:p/>
    <w:p>
      <w:r>
        <w:rPr>
          <w:b/>
          <w:sz w:val="20"/>
        </w:rPr>
        <w:t>Auftraggeber (Verkäufer) :</w:t>
      </w:r>
    </w:p>
    <w:p>
      <w:r>
        <w:rPr>
          <w:b w:val="0"/>
          <w:sz w:val="20"/>
        </w:rPr>
        <w:t>Vor- und Nachname / Firma : 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</w:t>
      </w:r>
    </w:p>
    <w:p/>
    <w:p>
      <w:r>
        <w:rPr>
          <w:b/>
          <w:sz w:val="20"/>
        </w:rPr>
        <w:t>Auftragnehmer (Käufer) :</w:t>
      </w:r>
    </w:p>
    <w:p>
      <w:r>
        <w:rPr>
          <w:b w:val="0"/>
          <w:sz w:val="20"/>
        </w:rPr>
        <w:t>Vor- und Nachname / Firma : 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</w:t>
      </w:r>
    </w:p>
    <w:p/>
    <w:p>
      <w:r>
        <w:rPr>
          <w:b/>
          <w:sz w:val="20"/>
        </w:rPr>
        <w:t>Fahrzeugangaben :</w:t>
      </w:r>
    </w:p>
    <w:p>
      <w:r>
        <w:rPr>
          <w:b w:val="0"/>
          <w:sz w:val="20"/>
        </w:rPr>
        <w:t>Marke / Modell : ________________________________________________</w:t>
      </w:r>
    </w:p>
    <w:p>
      <w:r>
        <w:rPr>
          <w:b w:val="0"/>
          <w:sz w:val="20"/>
        </w:rPr>
        <w:t>Baujahr : _______________________________________________________</w:t>
      </w:r>
    </w:p>
    <w:p>
      <w:r>
        <w:rPr>
          <w:b w:val="0"/>
          <w:sz w:val="20"/>
        </w:rPr>
        <w:t>Fahrzeug-Identifikationsnummer (FIN) : __________________________</w:t>
      </w:r>
    </w:p>
    <w:p>
      <w:r>
        <w:rPr>
          <w:b w:val="0"/>
          <w:sz w:val="20"/>
        </w:rPr>
        <w:t>Kilometerstand : _________________________________________________</w:t>
      </w:r>
    </w:p>
    <w:p>
      <w:r>
        <w:rPr>
          <w:b w:val="0"/>
          <w:sz w:val="20"/>
        </w:rPr>
        <w:t>Amtliches Kennzeichen : __________________________________________</w:t>
      </w:r>
    </w:p>
    <w:p/>
    <w:p>
      <w:r>
        <w:rPr>
          <w:b/>
          <w:sz w:val="20"/>
        </w:rPr>
        <w:t>§ 1 – Gegenstand des Vertrags</w:t>
      </w:r>
    </w:p>
    <w:p>
      <w:r>
        <w:rPr>
          <w:b w:val="0"/>
          <w:sz w:val="20"/>
        </w:rPr>
        <w:t>Der Vermittler wird vom Auftraggeber beauftragt, einen Käufer für das oben genannte Fahrzeug zu finden. Der Vermittler handelt dabei im eigenen Namen, aber für Rechnung des Auftraggebers.</w:t>
      </w:r>
    </w:p>
    <w:p/>
    <w:p>
      <w:r>
        <w:rPr>
          <w:b/>
          <w:sz w:val="20"/>
        </w:rPr>
        <w:t>§ 2 – Pflichten des Vermittlers</w:t>
      </w:r>
    </w:p>
    <w:p>
      <w:r>
        <w:rPr>
          <w:b w:val="0"/>
          <w:sz w:val="20"/>
        </w:rPr>
        <w:t>Der Vermittler verpflichtet sich, geeignete Kaufinteressenten zu suchen und dem Auftraggeber zu präsentieren. Der Vermittler übernimmt keine Haftung für die Richtigkeit der Angaben zum Fahrzeug.</w:t>
      </w:r>
    </w:p>
    <w:p/>
    <w:p>
      <w:r>
        <w:rPr>
          <w:b/>
          <w:sz w:val="20"/>
        </w:rPr>
        <w:t>§ 3 – Pflichten des Auftraggebers</w:t>
      </w:r>
    </w:p>
    <w:p>
      <w:r>
        <w:rPr>
          <w:b w:val="0"/>
          <w:sz w:val="20"/>
        </w:rPr>
        <w:t>Der Auftraggeber stellt alle erforderlichen Unterlagen zum Fahrzeug zur Verfügung und informiert den Vermittler über wesentliche Änderungen. Der Auftraggeber bestätigt, dass er Eigentümer des Fahrzeugs ist und zur Veräußerung berechtigt.</w:t>
      </w:r>
    </w:p>
    <w:p/>
    <w:p>
      <w:r>
        <w:rPr>
          <w:b/>
          <w:sz w:val="20"/>
        </w:rPr>
        <w:t>§ 4 – Vergütung des Vermittlers</w:t>
      </w:r>
    </w:p>
    <w:p>
      <w:r>
        <w:rPr>
          <w:b w:val="0"/>
          <w:sz w:val="20"/>
        </w:rPr>
        <w:t>Der Auftraggeber zahlt dem Vermittler für die erfolgreiche Vermittlung eine Provision in Höhe von ______________ Prozent des Kaufpreises. Die Provision ist fällig mit Abschluss des Kaufvertrags zwischen Auftraggeber und Käufer.</w:t>
      </w:r>
    </w:p>
    <w:p/>
    <w:p>
      <w:r>
        <w:rPr>
          <w:b/>
          <w:sz w:val="20"/>
        </w:rPr>
        <w:t>§ 5 – Haftung</w:t>
      </w:r>
    </w:p>
    <w:p>
      <w:r>
        <w:rPr>
          <w:b w:val="0"/>
          <w:sz w:val="20"/>
        </w:rPr>
        <w:t>Der Vermittler haftet nicht für Schäden, die aus dem Zustand des Fahrzeugs oder aus falschen Angaben entstehen. Eine weitergehende Haftung ist ausgeschlossen, soweit gesetzlich zulässig.</w:t>
      </w:r>
    </w:p>
    <w:p/>
    <w:p>
      <w:r>
        <w:rPr>
          <w:b/>
          <w:sz w:val="20"/>
        </w:rPr>
        <w:t>§ 6 – Vertragsdauer und Kündigung</w:t>
      </w:r>
    </w:p>
    <w:p>
      <w:r>
        <w:rPr>
          <w:b w:val="0"/>
          <w:sz w:val="20"/>
        </w:rPr>
        <w:t>Dieser Vertrag beginnt mit Unterzeichnung und läuft auf unbestimmte Zeit. Er kann von beiden Parteien mit einer Frist von ______________ Tagen schriftlich gekündigt werden.</w:t>
      </w:r>
    </w:p>
    <w:p/>
    <w:p>
      <w:r>
        <w:rPr>
          <w:b/>
          <w:sz w:val="20"/>
        </w:rPr>
        <w:t>§ 7 – Datenschutz</w:t>
      </w:r>
    </w:p>
    <w:p>
      <w:r>
        <w:rPr>
          <w:b w:val="0"/>
          <w:sz w:val="20"/>
        </w:rPr>
        <w:t>Die Parteien verpflichten sich, alle personenbezogenen Daten vertraulich zu behandeln und nur für Zwecke dieses Vertrags zu verwenden.</w:t>
      </w:r>
    </w:p>
    <w:p/>
    <w:p>
      <w:r>
        <w:rPr>
          <w:b/>
          <w:sz w:val="20"/>
        </w:rPr>
        <w:t>§ 8 – Schlussbestimmungen</w:t>
      </w:r>
    </w:p>
    <w:p>
      <w:r>
        <w:rPr>
          <w:b w:val="0"/>
          <w:sz w:val="20"/>
        </w:rPr>
        <w:t>Änderungen und Ergänzungen dieses Vertrags bedürfen der Schriftform. Sollten einzelne Bestimmungen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VERMITTLER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https://schnellmuster.com/vermittlungsvertrag-kfz-muster/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vermittlungsvertrag-kfz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