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VERMÄCHTNIS EINFORDERN - MUSTERBRIEF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>
      <w:r>
        <w:rPr>
          <w:b w:val="0"/>
          <w:sz w:val="20"/>
        </w:rPr>
        <w:t>E-Mail : ____________________________________________________________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Vor- und Nachname / Firma : 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Einforderung meines Vermächtnisses gemäß Testament / Erbvertrag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fordere ich mein im Testament/Erbvertrag vom ___________ zugesichertes Vermächtnis ein.</w:t>
      </w:r>
    </w:p>
    <w:p/>
    <w:p>
      <w:r>
        <w:rPr>
          <w:b w:val="0"/>
          <w:sz w:val="20"/>
        </w:rPr>
        <w:t>Ich bitte Sie, mir die Übertragung des Vermächtnisses zeitnah zu bestätigen und alle erforderlichen Unterlagen zur Verfügung zu stellen.</w:t>
      </w:r>
    </w:p>
    <w:p/>
    <w:p>
      <w:r>
        <w:rPr>
          <w:b w:val="0"/>
          <w:sz w:val="20"/>
        </w:rPr>
        <w:t>Gemäß § 2174 BGB steht mir als Vermächtnisnehmer das Vermächtnis zu, und ich behalte mir vor, meine Rechte gerichtlich geltend zu machen, falls eine Übergabe nicht erfolgt.</w:t>
      </w:r>
    </w:p>
    <w:p/>
    <w:p>
      <w:r>
        <w:rPr>
          <w:b w:val="0"/>
          <w:sz w:val="20"/>
        </w:rPr>
        <w:t>Für Rückfragen stehe ich Ihnen gerne zur Verfügung.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p>
      <w:r>
        <w:rPr>
          <w:b w:val="0"/>
          <w:sz w:val="20"/>
        </w:rPr>
        <w:t>_______________________________</w:t>
      </w:r>
    </w:p>
    <w:p>
      <w:r>
        <w:rPr>
          <w:b w:val="0"/>
          <w:sz w:val="20"/>
        </w:rPr>
        <w:t>Unterschrift Vermächtnisnehmer/in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https://schnellmuster.com/vermachtnis-einfordern-musterbrief/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vermachtnis-einfordern-musterbrief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