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VERDIENTSBESCHEINIGUNG FÜR DIE FAMILIENKASSE</w:t>
      </w:r>
    </w:p>
    <w:p/>
    <w:p>
      <w:r>
        <w:rPr>
          <w:b w:val="0"/>
          <w:sz w:val="20"/>
        </w:rPr>
        <w:t>Hiermit wird bescheinigt, dass der/die unten genannte Arbeitnehmer/in die folgenden Einkünfte erzielt hat.</w:t>
      </w:r>
    </w:p>
    <w:p/>
    <w:p>
      <w:r>
        <w:rPr>
          <w:b/>
          <w:sz w:val="20"/>
        </w:rPr>
        <w:t>Angaben zum Arbeitgeber:</w:t>
      </w:r>
    </w:p>
    <w:p>
      <w:r>
        <w:rPr>
          <w:b w:val="0"/>
          <w:sz w:val="20"/>
        </w:rPr>
        <w:t>Firmenname : 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zum Arbeitnehmer: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/>
    <w:p>
      <w:r>
        <w:rPr>
          <w:b/>
          <w:sz w:val="20"/>
        </w:rPr>
        <w:t>Beschäftigungszeitraum:</w:t>
      </w:r>
    </w:p>
    <w:p>
      <w:r>
        <w:rPr>
          <w:b w:val="0"/>
          <w:sz w:val="20"/>
        </w:rPr>
        <w:t>Von : _____________________  Bis : _________________________________</w:t>
      </w:r>
    </w:p>
    <w:p/>
    <w:p>
      <w:r>
        <w:rPr>
          <w:b/>
          <w:sz w:val="20"/>
        </w:rPr>
        <w:t>Verdienstangaben:</w:t>
      </w:r>
    </w:p>
    <w:p>
      <w:r>
        <w:rPr>
          <w:b w:val="0"/>
          <w:sz w:val="20"/>
        </w:rPr>
        <w:t>Bruttoarbeitsentgelt gesamt : __________________ EUR</w:t>
      </w:r>
    </w:p>
    <w:p>
      <w:r>
        <w:rPr>
          <w:b w:val="0"/>
          <w:sz w:val="20"/>
        </w:rPr>
        <w:t>Steuerklasse : _______________________________________________________</w:t>
      </w:r>
    </w:p>
    <w:p>
      <w:r>
        <w:rPr>
          <w:b w:val="0"/>
          <w:sz w:val="20"/>
        </w:rPr>
        <w:t>Sozialversicherungsnummer : __________________________________________</w:t>
      </w:r>
    </w:p>
    <w:p>
      <w:r>
        <w:rPr>
          <w:b w:val="0"/>
          <w:sz w:val="20"/>
        </w:rPr>
        <w:t>Angaben zur Krankenversicherung : ____________________________________</w:t>
      </w:r>
    </w:p>
    <w:p/>
    <w:p>
      <w:r>
        <w:rPr>
          <w:b w:val="0"/>
          <w:sz w:val="20"/>
        </w:rPr>
        <w:t>Diese Bescheinigung dient als Nachweis für die Berechnung des Kindergeldes bzw. des Kinderzuschlags bei der Familienkasse.</w:t>
      </w:r>
    </w:p>
    <w:p/>
    <w:p>
      <w:r>
        <w:rPr>
          <w:b/>
          <w:sz w:val="20"/>
        </w:rPr>
        <w:t>§ 1 – Richtigkeit der Angaben</w:t>
      </w:r>
    </w:p>
    <w:p>
      <w:r>
        <w:rPr>
          <w:b w:val="0"/>
          <w:sz w:val="20"/>
        </w:rPr>
        <w:t>Der Arbeitgeber versichert, dass die oben gemachten Angaben vollständig und wahrheitsgemäß sind.</w:t>
      </w:r>
    </w:p>
    <w:p/>
    <w:p>
      <w:r>
        <w:rPr>
          <w:b/>
          <w:sz w:val="20"/>
        </w:rPr>
        <w:t>§ 2 – Zweck der Bescheinigung</w:t>
      </w:r>
    </w:p>
    <w:p>
      <w:r>
        <w:rPr>
          <w:b w:val="0"/>
          <w:sz w:val="20"/>
        </w:rPr>
        <w:t>Diese Verdienstbescheinigung wird ausschließlich für die Vorlage bei der Familienkasse erstellt und darf ohne Zustimmung des Arbeitgebers nicht an Dritte weitergegeben werden.</w:t>
      </w:r>
    </w:p>
    <w:p/>
    <w:p>
      <w:r>
        <w:rPr>
          <w:b/>
          <w:sz w:val="20"/>
        </w:rPr>
        <w:t>§ 3 – Haftungsausschluss</w:t>
      </w:r>
    </w:p>
    <w:p>
      <w:r>
        <w:rPr>
          <w:b w:val="0"/>
          <w:sz w:val="20"/>
        </w:rPr>
        <w:t>Der Arbeitgeber haftet nicht für eventuelle Fehler bei der Verwendung der Bescheinigung durch Dritte.</w:t>
      </w:r>
    </w:p>
    <w:p/>
    <w:p/>
    <w:p>
      <w:r>
        <w:rPr>
          <w:b w:val="0"/>
          <w:sz w:val="20"/>
        </w:rPr>
        <w:t>Ausstellungsort : 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https://schnellmuster.com/verdienstbescheinigung-familienkasse/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verdienstbescheinigung-familienkasse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