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ÜBERGABEPROTOKOLL FÜR MASCHINEN</w:t>
      </w:r>
    </w:p>
    <w:p/>
    <w:p>
      <w:r>
        <w:rPr>
          <w:b/>
          <w:sz w:val="20"/>
        </w:rPr>
        <w:t>Angaben des Übergebers (Verkäufer) :</w:t>
      </w:r>
    </w:p>
    <w:p>
      <w:r>
        <w:rPr>
          <w:b w:val="0"/>
          <w:sz w:val="20"/>
        </w:rPr>
        <w:t>Firma/Name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Angaben des Übernehmers (Käufer) :</w:t>
      </w:r>
    </w:p>
    <w:p>
      <w:r>
        <w:rPr>
          <w:b w:val="0"/>
          <w:sz w:val="20"/>
        </w:rPr>
        <w:t>Firma/Name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Maschinenbeschreibung :</w:t>
      </w:r>
    </w:p>
    <w:p>
      <w:r>
        <w:rPr>
          <w:b w:val="0"/>
          <w:sz w:val="20"/>
        </w:rPr>
        <w:t>Maschinentyp/Modell : ______________________________________________</w:t>
      </w:r>
    </w:p>
    <w:p>
      <w:r>
        <w:rPr>
          <w:b w:val="0"/>
          <w:sz w:val="20"/>
        </w:rPr>
        <w:t>Hersteller / Fabrikat : ____________________________________________</w:t>
      </w:r>
    </w:p>
    <w:p>
      <w:r>
        <w:rPr>
          <w:b w:val="0"/>
          <w:sz w:val="20"/>
        </w:rPr>
        <w:t>Seriennummer : ____________________________________________________</w:t>
      </w:r>
    </w:p>
    <w:p>
      <w:r>
        <w:rPr>
          <w:b w:val="0"/>
          <w:sz w:val="20"/>
        </w:rPr>
        <w:t>Baujahr : _________________________________________________________</w:t>
      </w:r>
    </w:p>
    <w:p>
      <w:r>
        <w:rPr>
          <w:b w:val="0"/>
          <w:sz w:val="20"/>
        </w:rPr>
        <w:t>Anlagennummer : ___________________________________________________</w:t>
      </w:r>
    </w:p>
    <w:p/>
    <w:p>
      <w:r>
        <w:rPr>
          <w:b/>
          <w:sz w:val="20"/>
        </w:rPr>
        <w:t>Zustand der Maschine bei Übergabe :</w:t>
      </w:r>
    </w:p>
    <w:p>
      <w:r>
        <w:rPr>
          <w:b w:val="0"/>
          <w:sz w:val="20"/>
        </w:rPr>
        <w:t>Der Übergeber bestätigt, dass die Maschine sich in folgendem Zustand befindet:</w:t>
      </w:r>
    </w:p>
    <w:p>
      <w:r>
        <w:rPr>
          <w:b w:val="0"/>
          <w:sz w:val="20"/>
        </w:rPr>
        <w:t>Technischer Zustand : _______________________________________________</w:t>
      </w:r>
    </w:p>
    <w:p>
      <w:r>
        <w:rPr>
          <w:b w:val="0"/>
          <w:sz w:val="20"/>
        </w:rPr>
        <w:t>Bekannte Mängel : _________________________________________________</w:t>
      </w:r>
    </w:p>
    <w:p>
      <w:r>
        <w:rPr>
          <w:b w:val="0"/>
          <w:sz w:val="20"/>
        </w:rPr>
        <w:t>Zubehör / mitgelieferte Teile : _____________________________________</w:t>
      </w:r>
    </w:p>
    <w:p/>
    <w:p>
      <w:r>
        <w:rPr>
          <w:b/>
          <w:sz w:val="20"/>
        </w:rPr>
        <w:t>Übergabebedingungen :</w:t>
      </w:r>
    </w:p>
    <w:p>
      <w:r>
        <w:rPr>
          <w:b w:val="0"/>
          <w:sz w:val="20"/>
        </w:rPr>
        <w:t>Die Maschine wird mit allen oben genannten Eigenschaften übergeben.</w:t>
      </w:r>
    </w:p>
    <w:p>
      <w:r>
        <w:rPr>
          <w:b w:val="0"/>
          <w:sz w:val="20"/>
        </w:rPr>
        <w:t>Der Übernehmer bestätigt den Erhalt der Maschine und des Zubehörs in diesem Zustand.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Mit Unterzeichnung dieses Protokolls erklärt der Übernehmer, dass er die Maschine geprüft hat und keine weiteren Ansprüche wegen versteckter Mängel geltend macht.</w:t>
      </w:r>
    </w:p>
    <w:p/>
    <w:p>
      <w:r>
        <w:rPr>
          <w:b/>
          <w:sz w:val="20"/>
        </w:rPr>
        <w:t>Sonstige Vereinbarungen 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https://schnellmuster.com/ubergabeprotokoll-maschinen-muster/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ubergabeprotokoll-maschinen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