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SORGERECHTSVOLLMACHT</w:t>
      </w:r>
    </w:p>
    <w:p/>
    <w:p>
      <w:r>
        <w:rPr>
          <w:b/>
          <w:sz w:val="20"/>
        </w:rPr>
        <w:t>Angaben des Vollmachtgebers:</w:t>
      </w:r>
    </w:p>
    <w:p>
      <w:r>
        <w:rPr>
          <w:b w:val="0"/>
          <w:sz w:val="20"/>
        </w:rPr>
        <w:t>Vor- und Nachname: ________________________________________________</w:t>
      </w:r>
    </w:p>
    <w:p>
      <w:r>
        <w:rPr>
          <w:b w:val="0"/>
          <w:sz w:val="20"/>
        </w:rPr>
        <w:t>Geburtsdatum: _____________________________________________________</w:t>
      </w:r>
    </w:p>
    <w:p>
      <w:r>
        <w:rPr>
          <w:b w:val="0"/>
          <w:sz w:val="20"/>
        </w:rPr>
        <w:t>Anschrift: _________________________________________________________</w:t>
      </w:r>
    </w:p>
    <w:p>
      <w:r>
        <w:rPr>
          <w:b w:val="0"/>
          <w:sz w:val="20"/>
        </w:rPr>
        <w:t>Telefonnummer: _____________________________________________________</w:t>
      </w:r>
    </w:p>
    <w:p/>
    <w:p>
      <w:r>
        <w:rPr>
          <w:b/>
          <w:sz w:val="20"/>
        </w:rPr>
        <w:t>Angaben des Bevollmächtigten:</w:t>
      </w:r>
    </w:p>
    <w:p>
      <w:r>
        <w:rPr>
          <w:b w:val="0"/>
          <w:sz w:val="20"/>
        </w:rPr>
        <w:t>Vor- und Nachname: ________________________________________________</w:t>
      </w:r>
    </w:p>
    <w:p>
      <w:r>
        <w:rPr>
          <w:b w:val="0"/>
          <w:sz w:val="20"/>
        </w:rPr>
        <w:t>Geburtsdatum: _____________________________________________________</w:t>
      </w:r>
    </w:p>
    <w:p>
      <w:r>
        <w:rPr>
          <w:b w:val="0"/>
          <w:sz w:val="20"/>
        </w:rPr>
        <w:t>Anschrift: _________________________________________________________</w:t>
      </w:r>
    </w:p>
    <w:p>
      <w:r>
        <w:rPr>
          <w:b w:val="0"/>
          <w:sz w:val="20"/>
        </w:rPr>
        <w:t>Telefonnummer: _____________________________________________________</w:t>
      </w:r>
    </w:p>
    <w:p/>
    <w:p>
      <w:r>
        <w:rPr>
          <w:b/>
          <w:sz w:val="20"/>
        </w:rPr>
        <w:t>Angaben zum/den minderjährigen Kind/ern:</w:t>
      </w:r>
    </w:p>
    <w:p>
      <w:r>
        <w:rPr>
          <w:b w:val="0"/>
          <w:sz w:val="20"/>
        </w:rPr>
        <w:t>Vor- und Nachname des Kindes/der Kinder: __________________________</w:t>
      </w:r>
    </w:p>
    <w:p>
      <w:r>
        <w:rPr>
          <w:b w:val="0"/>
          <w:sz w:val="20"/>
        </w:rPr>
        <w:t>Geburtsdatum: _____________________________________________________</w:t>
      </w:r>
    </w:p>
    <w:p>
      <w:r>
        <w:rPr>
          <w:b w:val="0"/>
          <w:sz w:val="20"/>
        </w:rPr>
        <w:t>Vor- und Nachname des Kindes/der Kinder: __________________________</w:t>
      </w:r>
    </w:p>
    <w:p>
      <w:r>
        <w:rPr>
          <w:b w:val="0"/>
          <w:sz w:val="20"/>
        </w:rPr>
        <w:t>Geburtsdatum: _____________________________________________________</w:t>
      </w:r>
    </w:p>
    <w:p/>
    <w:p>
      <w:r>
        <w:rPr>
          <w:b/>
          <w:sz w:val="20"/>
        </w:rPr>
        <w:t>Vollmacht:</w:t>
      </w:r>
    </w:p>
    <w:p>
      <w:r>
        <w:rPr>
          <w:b w:val="0"/>
          <w:sz w:val="20"/>
        </w:rPr>
        <w:t>Hiermit bevollmächtige ich, der/die Vollmachtgeber/in, den/die oben genannten Bevollmächtigten,</w:t>
      </w:r>
    </w:p>
    <w:p>
      <w:r>
        <w:rPr>
          <w:b w:val="0"/>
          <w:sz w:val="20"/>
        </w:rPr>
        <w:t>in meinem Namen alle Entscheidungen in Angelegenheiten der Personensorge für das oben genannte Kind/die oben genannten Kinder zu treffen,</w:t>
      </w:r>
    </w:p>
    <w:p>
      <w:r>
        <w:rPr>
          <w:b w:val="0"/>
          <w:sz w:val="20"/>
        </w:rPr>
        <w:t>einschließlich, aber nicht beschränkt auf Aufenthaltsbestimmung, Gesundheitsfürsorge, Schulangelegenheiten und sonstige rechtliche Handlungen im Rahmen der Personensorge.</w:t>
      </w:r>
    </w:p>
    <w:p/>
    <w:p>
      <w:r>
        <w:rPr>
          <w:b/>
          <w:sz w:val="20"/>
        </w:rPr>
        <w:t>Geltungsbereich der Vollmacht:</w:t>
      </w:r>
    </w:p>
    <w:p>
      <w:r>
        <w:rPr>
          <w:b w:val="0"/>
          <w:sz w:val="20"/>
        </w:rPr>
        <w:t>Die Vollmacht gilt für alle Angelegenheiten der Personensorge, die während meiner Abwesenheit oder aus sonstigen Gründen notwendig sind.</w:t>
      </w:r>
    </w:p>
    <w:p>
      <w:r>
        <w:rPr>
          <w:b w:val="0"/>
          <w:sz w:val="20"/>
        </w:rPr>
        <w:t>Die Vollmacht ist bis auf Widerruf gültig.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Ich bestätige, dass ich für Handlungen des/der Bevollmächtigten im Rahmen dieser Vollmacht nur bei Vorsatz oder grober Fahrlässigkeit hafte.</w:t>
      </w:r>
    </w:p>
    <w:p/>
    <w:p>
      <w:r>
        <w:rPr>
          <w:b/>
          <w:sz w:val="20"/>
        </w:rPr>
        <w:t>Widerruf:</w:t>
      </w:r>
    </w:p>
    <w:p>
      <w:r>
        <w:rPr>
          <w:b w:val="0"/>
          <w:sz w:val="20"/>
        </w:rPr>
        <w:t>Diese Vollmacht kann jederzeit schriftlich widerrufen werden. Der Widerruf ist wirksam, sobald er dem/der Bevollmächtigten zugeht.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Unterschrift des Vollmachtgebers 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https://schnellmuster.com/sorgerechtsvollmacht-muster/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sorgerechtsvollmacht-muster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