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SERVICEBERICHT</w:t>
      </w:r>
    </w:p>
    <w:p/>
    <w:p/>
    <w:p>
      <w:r>
        <w:rPr>
          <w:b/>
          <w:sz w:val="20"/>
        </w:rPr>
        <w:t>Kundendaten:</w:t>
      </w:r>
    </w:p>
    <w:p>
      <w:r>
        <w:rPr>
          <w:b w:val="0"/>
          <w:sz w:val="20"/>
        </w:rPr>
        <w:t>Name / Firma : ________________________________________________</w:t>
      </w:r>
    </w:p>
    <w:p>
      <w:r>
        <w:rPr>
          <w:b w:val="0"/>
          <w:sz w:val="20"/>
        </w:rPr>
        <w:t>Anschrift : _________________________________________________</w:t>
      </w:r>
    </w:p>
    <w:p>
      <w:r>
        <w:rPr>
          <w:b w:val="0"/>
          <w:sz w:val="20"/>
        </w:rPr>
        <w:t>Telefonnummer : _____________________________________________</w:t>
      </w:r>
    </w:p>
    <w:p>
      <w:r>
        <w:rPr>
          <w:b w:val="0"/>
          <w:sz w:val="20"/>
        </w:rPr>
        <w:t>E-Mail-Adresse : _____________________________________________</w:t>
      </w:r>
    </w:p>
    <w:p/>
    <w:p>
      <w:r>
        <w:rPr>
          <w:b/>
          <w:sz w:val="20"/>
        </w:rPr>
        <w:t>Auftragsdaten:</w:t>
      </w:r>
    </w:p>
    <w:p>
      <w:r>
        <w:rPr>
          <w:b w:val="0"/>
          <w:sz w:val="20"/>
        </w:rPr>
        <w:t>Auftragsnummer : ____________________________________________</w:t>
      </w:r>
    </w:p>
    <w:p>
      <w:r>
        <w:rPr>
          <w:b w:val="0"/>
          <w:sz w:val="20"/>
        </w:rPr>
        <w:t>Auftragsart : _______________________________________________</w:t>
      </w:r>
    </w:p>
    <w:p>
      <w:r>
        <w:rPr>
          <w:b w:val="0"/>
          <w:sz w:val="20"/>
        </w:rPr>
        <w:t>Auftragsbeschreibung : ______________________________________</w:t>
      </w:r>
    </w:p>
    <w:p/>
    <w:p>
      <w:r>
        <w:rPr>
          <w:b/>
          <w:sz w:val="20"/>
        </w:rPr>
        <w:t>Geräte- / Fahrzeugdaten:</w:t>
      </w:r>
    </w:p>
    <w:p>
      <w:r>
        <w:rPr>
          <w:b w:val="0"/>
          <w:sz w:val="20"/>
        </w:rPr>
        <w:t>Hersteller / Marke : _________________________________________</w:t>
      </w:r>
    </w:p>
    <w:p>
      <w:r>
        <w:rPr>
          <w:b w:val="0"/>
          <w:sz w:val="20"/>
        </w:rPr>
        <w:t>Modell / Typ : _______________________________________________</w:t>
      </w:r>
    </w:p>
    <w:p>
      <w:r>
        <w:rPr>
          <w:b w:val="0"/>
          <w:sz w:val="20"/>
        </w:rPr>
        <w:t>Seriennummer : ______________________________________________</w:t>
      </w:r>
    </w:p>
    <w:p>
      <w:r>
        <w:rPr>
          <w:b w:val="0"/>
          <w:sz w:val="20"/>
        </w:rPr>
        <w:t>Baujahr : _________________________________________________</w:t>
      </w:r>
    </w:p>
    <w:p/>
    <w:p>
      <w:r>
        <w:rPr>
          <w:b/>
          <w:sz w:val="20"/>
        </w:rPr>
        <w:t>Diagnose / Fehlerbeschreibung: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/>
    <w:p>
      <w:r>
        <w:rPr>
          <w:b/>
          <w:sz w:val="20"/>
        </w:rPr>
        <w:t>Durchgeführte Arbeiten: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/>
    <w:p>
      <w:r>
        <w:rPr>
          <w:b/>
          <w:sz w:val="20"/>
        </w:rPr>
        <w:t>Ersatzteile: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>
              <w:t>Menge</w:t>
            </w:r>
          </w:p>
        </w:tc>
        <w:tc>
          <w:tcPr>
            <w:tcW w:type="dxa" w:w="3324"/>
          </w:tcPr>
          <w:p>
            <w:r>
              <w:t>Bezeichnung</w:t>
            </w:r>
          </w:p>
        </w:tc>
        <w:tc>
          <w:tcPr>
            <w:tcW w:type="dxa" w:w="3324"/>
          </w:tcPr>
          <w:p>
            <w:r>
              <w:t>Artikelnummer</w:t>
            </w:r>
          </w:p>
        </w:tc>
      </w:tr>
      <w:tr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</w:tbl>
    <w:p/>
    <w:p>
      <w:r>
        <w:rPr>
          <w:b w:val="0"/>
          <w:sz w:val="20"/>
        </w:rPr>
        <w:t>Arbeitszeit (Stunden) : ________________________________</w:t>
      </w:r>
    </w:p>
    <w:p>
      <w:r>
        <w:rPr>
          <w:b w:val="0"/>
          <w:sz w:val="20"/>
        </w:rPr>
        <w:t>Stundensatz (EUR) : _________________________________</w:t>
      </w:r>
    </w:p>
    <w:p>
      <w:r>
        <w:rPr>
          <w:b w:val="0"/>
          <w:sz w:val="20"/>
        </w:rPr>
        <w:t>Gesamtpreis Arbeitszeit (EUR) : _______________________</w:t>
      </w:r>
    </w:p>
    <w:p/>
    <w:p>
      <w:r>
        <w:rPr>
          <w:b/>
          <w:sz w:val="20"/>
        </w:rPr>
        <w:t>Gesamtbetrag (EUR) : _____________________________________</w:t>
      </w:r>
    </w:p>
    <w:p/>
    <w:p/>
    <w:p>
      <w:r>
        <w:rPr>
          <w:b/>
          <w:sz w:val="20"/>
        </w:rPr>
        <w:t>§ 1 – Haftungsausschluss</w:t>
      </w:r>
    </w:p>
    <w:p>
      <w:r>
        <w:rPr>
          <w:b w:val="0"/>
          <w:sz w:val="20"/>
        </w:rPr>
        <w:t>Die Haftung des Dienstleisters für Sachmängel richtet sich nach den gesetzlichen Vorschriften. Eine weitergehende Haftung ist ausgeschlossen, soweit gesetzlich zulässig.</w:t>
      </w:r>
    </w:p>
    <w:p/>
    <w:p>
      <w:r>
        <w:rPr>
          <w:b/>
          <w:sz w:val="20"/>
        </w:rPr>
        <w:t>§ 2 – Eigentumsvorbehalt</w:t>
      </w:r>
    </w:p>
    <w:p>
      <w:r>
        <w:rPr>
          <w:b w:val="0"/>
          <w:sz w:val="20"/>
        </w:rPr>
        <w:t>Die gelieferten Ersatzteile bleiben bis zur vollständigen Bezahlung Eigentum des Dienstleisters.</w:t>
      </w:r>
    </w:p>
    <w:p/>
    <w:p>
      <w:r>
        <w:rPr>
          <w:b/>
          <w:sz w:val="20"/>
        </w:rPr>
        <w:t>§ 3 – Gerichtsstand</w:t>
      </w:r>
    </w:p>
    <w:p>
      <w:r>
        <w:rPr>
          <w:b w:val="0"/>
          <w:sz w:val="20"/>
        </w:rPr>
        <w:t>Gerichtsstand für alle Streitigkeiten aus diesem Vertrag ist, soweit zulässig, der Sitz des Dienstleisters.</w:t>
      </w:r>
    </w:p>
    <w:p/>
    <w:p/>
    <w:p>
      <w:r>
        <w:rPr>
          <w:b w:val="0"/>
          <w:sz w:val="20"/>
        </w:rPr>
        <w:t>Ort : ___________________________________________________________</w:t>
      </w:r>
    </w:p>
    <w:p>
      <w:r>
        <w:rPr>
          <w:b w:val="0"/>
          <w:sz w:val="20"/>
        </w:rPr>
        <w:t>Unterschrift Dienstleister : _____________________________________</w:t>
      </w:r>
    </w:p>
    <w:p>
      <w:r>
        <w:rPr>
          <w:b w:val="0"/>
          <w:sz w:val="20"/>
        </w:rPr>
        <w:t>Unterschrift Kunde 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Dienstleister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Kunde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https://schnellmuster.com/servicebericht-vorlage/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servicebericht-vorlage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