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0"/>
        </w:rPr>
        <w:t>KÜNDIGUNG DES SCHÜLERHILFEVERTRAGS</w:t>
      </w:r>
    </w:p>
    <w:p/>
    <w:p/>
    <w:p>
      <w:r>
        <w:rPr>
          <w:b/>
          <w:sz w:val="20"/>
        </w:rPr>
        <w:t>Absender:</w:t>
      </w:r>
    </w:p>
    <w:p>
      <w:r>
        <w:rPr>
          <w:b w:val="0"/>
          <w:sz w:val="20"/>
        </w:rPr>
        <w:t>Name : _________________________________________________</w:t>
      </w:r>
    </w:p>
    <w:p>
      <w:r>
        <w:rPr>
          <w:b w:val="0"/>
          <w:sz w:val="20"/>
        </w:rPr>
        <w:t>Anschrift : ______________________________________________</w:t>
      </w:r>
    </w:p>
    <w:p>
      <w:r>
        <w:rPr>
          <w:b w:val="0"/>
          <w:sz w:val="20"/>
        </w:rPr>
        <w:t>Telefonnummer : _________________________________________</w:t>
      </w:r>
    </w:p>
    <w:p/>
    <w:p>
      <w:r>
        <w:rPr>
          <w:b/>
          <w:sz w:val="20"/>
        </w:rPr>
        <w:t>Empfänger:</w:t>
      </w:r>
    </w:p>
    <w:p>
      <w:r>
        <w:rPr>
          <w:b w:val="0"/>
          <w:sz w:val="20"/>
        </w:rPr>
        <w:t>Schülerhilfe Nachname, Vorname (oder Firma)</w:t>
      </w:r>
    </w:p>
    <w:p>
      <w:r>
        <w:rPr>
          <w:b w:val="0"/>
          <w:sz w:val="20"/>
        </w:rPr>
        <w:t>Straße und Hausnummer</w:t>
      </w:r>
    </w:p>
    <w:p>
      <w:r>
        <w:rPr>
          <w:b w:val="0"/>
          <w:sz w:val="20"/>
        </w:rPr>
        <w:t>PLZ, Ort</w:t>
      </w:r>
    </w:p>
    <w:p/>
    <w:p/>
    <w:p>
      <w:r>
        <w:rPr>
          <w:b/>
          <w:sz w:val="20"/>
        </w:rPr>
        <w:t>Betreff: Kündigung meines Schülerhilfevertrags</w:t>
      </w:r>
    </w:p>
    <w:p/>
    <w:p>
      <w:r>
        <w:rPr>
          <w:b w:val="0"/>
          <w:sz w:val="20"/>
        </w:rPr>
        <w:t>Sehr geehrte Damen und Herren,</w:t>
      </w:r>
    </w:p>
    <w:p/>
    <w:p>
      <w:r>
        <w:rPr>
          <w:b w:val="0"/>
          <w:sz w:val="20"/>
        </w:rPr>
        <w:t>hiermit kündige ich meinen Schülerhilfevertrag fristgerecht und ordentlich zum nächstmöglichen Zeitpunkt.</w:t>
      </w:r>
    </w:p>
    <w:p/>
    <w:p>
      <w:r>
        <w:rPr>
          <w:b w:val="0"/>
          <w:sz w:val="20"/>
        </w:rPr>
        <w:t>Bitte bestätigen Sie mir den Erhalt dieser Kündigung sowie das Vertragsende schriftlich.</w:t>
      </w:r>
    </w:p>
    <w:p/>
    <w:p>
      <w:r>
        <w:rPr>
          <w:b w:val="0"/>
          <w:sz w:val="20"/>
        </w:rPr>
        <w:t>Ich danke Ihnen für die bisherige Betreuung und bitte darum, mir keine weiteren Werbematerialien zuzusenden.</w:t>
      </w:r>
    </w:p>
    <w:p/>
    <w:p/>
    <w:p>
      <w:r>
        <w:rPr>
          <w:b w:val="0"/>
          <w:sz w:val="20"/>
        </w:rPr>
        <w:t>Ort : ___________________________________________</w:t>
      </w:r>
    </w:p>
    <w:p>
      <w:r>
        <w:rPr>
          <w:b w:val="0"/>
          <w:sz w:val="20"/>
        </w:rPr>
        <w:t>Datum : __________________________________________</w:t>
      </w:r>
    </w:p>
    <w:p/>
    <w:p/>
    <w:p>
      <w:r>
        <w:rPr>
          <w:b w:val="0"/>
          <w:sz w:val="20"/>
        </w:rPr>
        <w:t>Unterschrift :</w:t>
      </w:r>
    </w:p>
    <w:p>
      <w:r>
        <w:rPr>
          <w:b w:val="0"/>
          <w:sz w:val="20"/>
        </w:rPr>
        <w:t>_______________________________</w:t>
      </w:r>
    </w:p>
    <w:p/>
    <w:p/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Unterschrift Vertragspartner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Unterschrift Schülerhilfe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_______________________________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_______________________________</w:t>
            </w:r>
          </w:p>
        </w:tc>
      </w:tr>
    </w:tbl>
    <w:p>
      <w:r>
        <w:br w:type="page"/>
      </w:r>
    </w:p>
    <w:p>
      <w:pPr>
        <w:jc w:val="center"/>
      </w:pPr>
      <w:r>
        <w:rPr>
          <w:color w:val="555555"/>
          <w:sz w:val="24"/>
        </w:rPr>
        <w:t>Originalquelle dieses Dokuments: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https://schnellmuster.com/schulerhilfe-kundigen/</w:t>
        </w:r>
      </w:hyperlink>
    </w:p>
    <w:p>
      <w:pPr>
        <w:jc w:val="center"/>
      </w:pPr>
      <w:r>
        <w:rPr>
          <w:color w:val="555555"/>
          <w:sz w:val="26"/>
        </w:rPr>
        <w:t>War diese Vorlage für Sie hilfreich?</w:t>
      </w:r>
    </w:p>
    <w:p>
      <w:pPr>
        <w:jc w:val="center"/>
      </w:pPr>
      <w:r>
        <w:rPr>
          <w:color w:val="555555"/>
          <w:sz w:val="26"/>
        </w:rPr>
        <w:t>Weitere aktuelle Vorlagen finden Sie unter: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https://schnellmuster.com</w:t>
        </w:r>
      </w:hyperlink>
    </w:p>
    <w:p>
      <w:pPr>
        <w:jc w:val="center"/>
      </w:pPr>
      <w:r>
        <w:rPr>
          <w:color w:val="808080"/>
          <w:sz w:val="20"/>
        </w:rPr>
        <w:t>Diese Vorlage ist ausschließlich für den persönlichen, nicht kommerziellen Gebrauch bestimmt.</w:t>
        <w:br/>
        <w:t>Bei Weitergabe oder Veröffentlichung ist die Nennung der Quelle verpflichtend. © schnellmuster.com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schnellmuster.com/schulerhilfe-kundigen/" TargetMode="External"/><Relationship Id="rId10" Type="http://schemas.openxmlformats.org/officeDocument/2006/relationships/hyperlink" Target="https://schnellmuste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