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SCHREIBEN AN DIE KRANKENKASSE</w:t>
      </w:r>
    </w:p>
    <w:p/>
    <w:p>
      <w:r>
        <w:rPr>
          <w:b/>
          <w:sz w:val="20"/>
        </w:rPr>
        <w:t>An die zuständige Krankenkasse</w:t>
      </w:r>
    </w:p>
    <w:p>
      <w:r>
        <w:rPr>
          <w:b w:val="0"/>
          <w:sz w:val="20"/>
        </w:rPr>
        <w:t>____________________________________________________</w:t>
      </w:r>
    </w:p>
    <w:p>
      <w:r>
        <w:rPr>
          <w:b w:val="0"/>
          <w:sz w:val="20"/>
        </w:rPr>
        <w:t>____________________________________________________</w:t>
      </w:r>
    </w:p>
    <w:p>
      <w:r>
        <w:rPr>
          <w:b w:val="0"/>
          <w:sz w:val="20"/>
        </w:rPr>
        <w:t>____________________________________________________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</w:t>
      </w:r>
    </w:p>
    <w:p>
      <w:r>
        <w:rPr>
          <w:b w:val="0"/>
          <w:sz w:val="20"/>
        </w:rPr>
        <w:t>Versichertennummer : ____________________________________________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Mitteilung / Antrag an die Krankenkasse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Sie über Folgendes informieren bzw. beantrage ich: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Bitte bestätigen Sie mir den Erhalt dieses Schreibens schriftlich.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https://schnellmuster.com/schreiben-an-krankenkasse-vorlage/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schreiben-an-krankenkasse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