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SCHREIBEN AN DIE AUSLÄNDERBEHÖRDE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>
      <w:r>
        <w:rPr>
          <w:b w:val="0"/>
          <w:sz w:val="20"/>
        </w:rPr>
        <w:t>E-Mail-Adresse : 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Ausländerbehörde der Stadt/Gemeinde : _______________________________</w:t>
      </w:r>
    </w:p>
    <w:p>
      <w:r>
        <w:rPr>
          <w:b w:val="0"/>
          <w:sz w:val="20"/>
        </w:rPr>
        <w:t>Straße und Hausnummer : _____________________________________________</w:t>
      </w:r>
    </w:p>
    <w:p>
      <w:r>
        <w:rPr>
          <w:b w:val="0"/>
          <w:sz w:val="20"/>
        </w:rPr>
        <w:t>PLZ und Ort : 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/>
          <w:sz w:val="20"/>
        </w:rPr>
        <w:t>Antrag auf Aufenthaltserlaubnis / Verlängerung der Aufenthaltserlaubnis / Mitteilung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möchte ich Sie bitten, meinen Antrag auf Erteilung oder Verlängerung meiner Aufenthaltserlaubnis zu prüfen. Die erforderlichen Unterlagen habe ich diesem Schreiben beigefügt.</w:t>
      </w:r>
    </w:p>
    <w:p/>
    <w:p>
      <w:r>
        <w:rPr>
          <w:b/>
          <w:sz w:val="20"/>
        </w:rPr>
        <w:t>Persönliche Angaben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Geburtsdatum : _____________________________________________________</w:t>
      </w:r>
    </w:p>
    <w:p>
      <w:r>
        <w:rPr>
          <w:b w:val="0"/>
          <w:sz w:val="20"/>
        </w:rPr>
        <w:t>Staatsangehörigkeit : _______________________________________________</w:t>
      </w:r>
    </w:p>
    <w:p>
      <w:r>
        <w:rPr>
          <w:b w:val="0"/>
          <w:sz w:val="20"/>
        </w:rPr>
        <w:t>Pass- / Ausweisnummer : ____________________________________________</w:t>
      </w:r>
    </w:p>
    <w:p>
      <w:r>
        <w:rPr>
          <w:b w:val="0"/>
          <w:sz w:val="20"/>
        </w:rPr>
        <w:t>Adresse in Deutschland : ____________________________________________</w:t>
      </w:r>
    </w:p>
    <w:p/>
    <w:p>
      <w:r>
        <w:rPr>
          <w:b/>
          <w:sz w:val="20"/>
        </w:rPr>
        <w:t>Antrag :</w:t>
      </w:r>
    </w:p>
    <w:p>
      <w:r>
        <w:rPr>
          <w:b w:val="0"/>
          <w:sz w:val="20"/>
        </w:rPr>
        <w:t>Ich beantrage hiermit die Erteilung/Verlängerung einer Aufenthaltserlaubnis gemäß § 25 Aufenthaltsgesetz für den Zweck ________________________________________________________.</w:t>
      </w:r>
    </w:p>
    <w:p/>
    <w:p>
      <w:r>
        <w:rPr>
          <w:b w:val="0"/>
          <w:sz w:val="20"/>
        </w:rPr>
        <w:t>Sollten weitere Unterlagen oder Informationen benötigt werden, stehe ich Ihnen jederzeit gerne zur Verfügung.</w:t>
      </w:r>
    </w:p>
    <w:p/>
    <w:p>
      <w:r>
        <w:rPr>
          <w:b w:val="0"/>
          <w:sz w:val="20"/>
        </w:rPr>
        <w:t>Ich danke Ihnen im Voraus für die Bearbeitung meines Antrags und verbleibe mit freundlichen Grüßen.</w:t>
      </w:r>
    </w:p>
    <w:p/>
    <w:p/>
    <w:p>
      <w:r>
        <w:rPr>
          <w:b w:val="0"/>
          <w:sz w:val="20"/>
        </w:rPr>
        <w:t>Ort : ______________________________________    Datum : 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: __________________________________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https://schnellmuster.com/schreiben-an-auslanderbehorde-muster/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schreiben-an-auslanderbehorde-muster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