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RUHENSMELDUNG GEWERBE</w:t>
      </w:r>
    </w:p>
    <w:p/>
    <w:p>
      <w:pPr>
        <w:jc w:val="center"/>
      </w:pPr>
      <w:r>
        <w:rPr>
          <w:b/>
          <w:sz w:val="20"/>
        </w:rPr>
        <w:t>Formular zur vorübergehenden Ruhendmeldung eines Gewerbes gemäß § 14 GewO</w:t>
      </w:r>
    </w:p>
    <w:p/>
    <w:p/>
    <w:p>
      <w:r>
        <w:rPr>
          <w:b/>
          <w:sz w:val="20"/>
        </w:rPr>
        <w:t>Angaben zum Gewerbetreibenden:</w:t>
      </w:r>
    </w:p>
    <w:p>
      <w:r>
        <w:rPr>
          <w:b w:val="0"/>
          <w:sz w:val="20"/>
        </w:rPr>
        <w:t>Vor- und Nachname / Firma : _____________________________________________</w:t>
      </w:r>
    </w:p>
    <w:p>
      <w:r>
        <w:rPr>
          <w:b w:val="0"/>
          <w:sz w:val="20"/>
        </w:rPr>
        <w:t>Straße, Hausnummer : ____________________________________________________</w:t>
      </w:r>
    </w:p>
    <w:p>
      <w:r>
        <w:rPr>
          <w:b w:val="0"/>
          <w:sz w:val="20"/>
        </w:rPr>
        <w:t>PLZ, Ort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</w:t>
      </w:r>
    </w:p>
    <w:p/>
    <w:p>
      <w:r>
        <w:rPr>
          <w:b/>
          <w:sz w:val="20"/>
        </w:rPr>
        <w:t>Angaben zum Gewerbe:</w:t>
      </w:r>
    </w:p>
    <w:p>
      <w:r>
        <w:rPr>
          <w:b w:val="0"/>
          <w:sz w:val="20"/>
        </w:rPr>
        <w:t>Gewerbeart : ____________________________________________________________</w:t>
      </w:r>
    </w:p>
    <w:p>
      <w:r>
        <w:rPr>
          <w:b w:val="0"/>
          <w:sz w:val="20"/>
        </w:rPr>
        <w:t>Gewerbe-Nummer (sofern vorhanden) : _____________________________________</w:t>
      </w:r>
    </w:p>
    <w:p>
      <w:r>
        <w:rPr>
          <w:b w:val="0"/>
          <w:sz w:val="20"/>
        </w:rPr>
        <w:t>Adresse des Gewerbebetriebs : ___________________________________________</w:t>
      </w:r>
    </w:p>
    <w:p/>
    <w:p>
      <w:r>
        <w:rPr>
          <w:b/>
          <w:sz w:val="20"/>
        </w:rPr>
        <w:t>Hiermit melde ich das oben genannte Gewerbe vorübergehend ruhend. Ich verpflichte mich,</w:t>
      </w:r>
    </w:p>
    <w:p>
      <w:r>
        <w:rPr>
          <w:b/>
          <w:sz w:val="20"/>
        </w:rPr>
        <w:t>das Gewerbe spätestens beim Wiederaufnahmezeitpunkt erneut anzumelden. Bis dahin ruht</w:t>
      </w:r>
    </w:p>
    <w:p>
      <w:r>
        <w:rPr>
          <w:b/>
          <w:sz w:val="20"/>
        </w:rPr>
        <w:t>die gewerbliche Tätigkeit vollständig.</w:t>
      </w:r>
    </w:p>
    <w:p/>
    <w:p>
      <w:r>
        <w:rPr>
          <w:b/>
          <w:sz w:val="20"/>
        </w:rPr>
        <w:t>Zeitraum der Ruhendmeldung:</w:t>
      </w:r>
    </w:p>
    <w:p>
      <w:r>
        <w:rPr>
          <w:b w:val="0"/>
          <w:sz w:val="20"/>
        </w:rPr>
        <w:t>Beginn der Ruhendmeldung : _______________________________</w:t>
      </w:r>
    </w:p>
    <w:p>
      <w:r>
        <w:rPr>
          <w:b w:val="0"/>
          <w:sz w:val="20"/>
        </w:rPr>
        <w:t>Voraussichtliches Ende der Ruhendmeldung : _______________________________</w:t>
      </w:r>
    </w:p>
    <w:p/>
    <w:p>
      <w:r>
        <w:rPr>
          <w:b/>
          <w:sz w:val="20"/>
        </w:rPr>
        <w:t>Hinweise gemäß § 14 GewO:</w:t>
      </w:r>
    </w:p>
    <w:p>
      <w:r>
        <w:rPr>
          <w:b w:val="0"/>
          <w:sz w:val="20"/>
        </w:rPr>
        <w:t>Während der Ruhendmeldung dürfen keine gewerblichen Tätigkeiten ausgeübt werden.</w:t>
      </w:r>
    </w:p>
    <w:p>
      <w:r>
        <w:rPr>
          <w:b w:val="0"/>
          <w:sz w:val="20"/>
        </w:rPr>
        <w:t>Die Gewerbesteuerpflicht bleibt bestehen, es sei denn, es bestehen besondere Regelungen.</w:t>
      </w:r>
    </w:p>
    <w:p>
      <w:r>
        <w:rPr>
          <w:b w:val="0"/>
          <w:sz w:val="20"/>
        </w:rPr>
        <w:t>Eine erneute Anmeldung bei Wiederaufnahme der Tätigkeit ist erforderlich.</w:t>
      </w:r>
    </w:p>
    <w:p/>
    <w:p>
      <w:r>
        <w:rPr>
          <w:b w:val="0"/>
          <w:sz w:val="20"/>
        </w:rPr>
        <w:t>Ort : _________________________________________    Datum : __________________</w:t>
      </w:r>
    </w:p>
    <w:p/>
    <w:p/>
    <w:p>
      <w:r>
        <w:rPr>
          <w:b/>
          <w:sz w:val="20"/>
        </w:rPr>
        <w:t>Unterschrift des Gewerbetreibenden :</w:t>
      </w:r>
    </w:p>
    <w:p>
      <w:r>
        <w:rPr>
          <w:b w:val="0"/>
          <w:sz w:val="20"/>
        </w:rPr>
        <w:br/>
        <w:br/>
        <w:t>__________________________________________________________</w:t>
      </w:r>
    </w:p>
    <w:p/>
    <w:p/>
    <w:p>
      <w:r>
        <w:rPr>
          <w:b/>
          <w:sz w:val="20"/>
        </w:rPr>
        <w:t>Empfangsbestätigung der zuständigen Behörde:</w:t>
      </w:r>
    </w:p>
    <w:p>
      <w:r>
        <w:rPr>
          <w:b w:val="0"/>
          <w:sz w:val="20"/>
        </w:rPr>
        <w:t>Datum der Ruhendmeldung : _________________________________</w:t>
      </w:r>
    </w:p>
    <w:p>
      <w:r>
        <w:rPr>
          <w:b w:val="0"/>
          <w:sz w:val="20"/>
        </w:rPr>
        <w:t>Bearbeiter/in : ____________________________________________</w:t>
      </w:r>
    </w:p>
    <w:p>
      <w:r>
        <w:rPr>
          <w:b w:val="0"/>
          <w:sz w:val="20"/>
        </w:rPr>
        <w:t>Unterschrift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Gewerbetreibender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Behörde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https://schnellmuster.com/ruhendmeldung-gewerbe-ruhen-lassen-formular/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ruhendmeldung-gewerbe-ruhen-lassen-formula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