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PROJEKTKONZEPT VORLAGE</w:t>
      </w:r>
    </w:p>
    <w:p/>
    <w:p/>
    <w:p>
      <w:r>
        <w:rPr>
          <w:b/>
          <w:sz w:val="20"/>
        </w:rPr>
        <w:t>1. Projektübersicht</w:t>
      </w:r>
    </w:p>
    <w:p>
      <w:r>
        <w:rPr>
          <w:b w:val="0"/>
          <w:sz w:val="20"/>
        </w:rPr>
        <w:t>Projektname : _____________________________________________________________</w:t>
      </w:r>
    </w:p>
    <w:p>
      <w:r>
        <w:rPr>
          <w:b w:val="0"/>
          <w:sz w:val="20"/>
        </w:rPr>
        <w:t>Projektleiter : ___________________________________________________________</w:t>
      </w:r>
    </w:p>
    <w:p>
      <w:r>
        <w:rPr>
          <w:b w:val="0"/>
          <w:sz w:val="20"/>
        </w:rPr>
        <w:t>Projektteam : _____________________________________________________________</w:t>
      </w:r>
    </w:p>
    <w:p>
      <w:r>
        <w:rPr>
          <w:b w:val="0"/>
          <w:sz w:val="20"/>
        </w:rPr>
        <w:t>Projektbeschreibung : 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2. Projektziele</w:t>
      </w:r>
    </w:p>
    <w:p>
      <w:r>
        <w:rPr>
          <w:b w:val="0"/>
          <w:sz w:val="20"/>
        </w:rPr>
        <w:t>Ziel 1 : _________________________________________________________________</w:t>
      </w:r>
    </w:p>
    <w:p>
      <w:r>
        <w:rPr>
          <w:b w:val="0"/>
          <w:sz w:val="20"/>
        </w:rPr>
        <w:t>Ziel 2 : _________________________________________________________________</w:t>
      </w:r>
    </w:p>
    <w:p>
      <w:r>
        <w:rPr>
          <w:b w:val="0"/>
          <w:sz w:val="20"/>
        </w:rPr>
        <w:t>Ziel 3 : _________________________________________________________________</w:t>
      </w:r>
    </w:p>
    <w:p/>
    <w:p>
      <w:r>
        <w:rPr>
          <w:b/>
          <w:sz w:val="20"/>
        </w:rPr>
        <w:t>3. Projektumfang</w:t>
      </w:r>
    </w:p>
    <w:p>
      <w:r>
        <w:rPr>
          <w:b w:val="0"/>
          <w:sz w:val="20"/>
        </w:rPr>
        <w:t>Beschreibung des Umfangs : 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4. Anforderungen</w:t>
      </w:r>
    </w:p>
    <w:p>
      <w:r>
        <w:rPr>
          <w:b w:val="0"/>
          <w:sz w:val="20"/>
        </w:rPr>
        <w:t>Funktionale Anforderungen : 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Nicht-funktionale Anforderungen : 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5. Meilensteine und Zeitplan</w:t>
      </w:r>
    </w:p>
    <w:p>
      <w:r>
        <w:rPr>
          <w:b w:val="0"/>
          <w:sz w:val="20"/>
        </w:rPr>
        <w:t>Meilenstein 1 : ___________________________________________________________</w:t>
      </w:r>
    </w:p>
    <w:p>
      <w:r>
        <w:rPr>
          <w:b w:val="0"/>
          <w:sz w:val="20"/>
        </w:rPr>
        <w:t>Meilenstein 2 : ___________________________________________________________</w:t>
      </w:r>
    </w:p>
    <w:p>
      <w:r>
        <w:rPr>
          <w:b w:val="0"/>
          <w:sz w:val="20"/>
        </w:rPr>
        <w:t>Meilenstein 3 : ___________________________________________________________</w:t>
      </w:r>
    </w:p>
    <w:p>
      <w:r>
        <w:rPr>
          <w:b w:val="0"/>
          <w:sz w:val="20"/>
        </w:rPr>
        <w:t>Gesamtdauer (geschätzt) : _________________________________________________</w:t>
      </w:r>
    </w:p>
    <w:p/>
    <w:p>
      <w:r>
        <w:rPr>
          <w:b/>
          <w:sz w:val="20"/>
        </w:rPr>
        <w:t>6. Ressourcenplanung</w:t>
      </w:r>
    </w:p>
    <w:p>
      <w:r>
        <w:rPr>
          <w:b w:val="0"/>
          <w:sz w:val="20"/>
        </w:rPr>
        <w:t>Personelle Ressourcen : _________________________________________________</w:t>
      </w:r>
    </w:p>
    <w:p>
      <w:r>
        <w:rPr>
          <w:b w:val="0"/>
          <w:sz w:val="20"/>
        </w:rPr>
        <w:t>Sachmittel : _____________________________________________________________</w:t>
      </w:r>
    </w:p>
    <w:p>
      <w:r>
        <w:rPr>
          <w:b w:val="0"/>
          <w:sz w:val="20"/>
        </w:rPr>
        <w:t>Budget : _________________________________________________________________</w:t>
      </w:r>
    </w:p>
    <w:p/>
    <w:p>
      <w:r>
        <w:rPr>
          <w:b/>
          <w:sz w:val="20"/>
        </w:rPr>
        <w:t>7. Risiken und Gegenmaßnahmen</w:t>
      </w:r>
    </w:p>
    <w:p>
      <w:r>
        <w:rPr>
          <w:b w:val="0"/>
          <w:sz w:val="20"/>
        </w:rPr>
        <w:t>Risiko 1 : ________________________________________________________________</w:t>
      </w:r>
    </w:p>
    <w:p>
      <w:r>
        <w:rPr>
          <w:b w:val="0"/>
          <w:sz w:val="20"/>
        </w:rPr>
        <w:t>Maßnahme 1 : _____________________________________________________________</w:t>
      </w:r>
    </w:p>
    <w:p>
      <w:r>
        <w:rPr>
          <w:b w:val="0"/>
          <w:sz w:val="20"/>
        </w:rPr>
        <w:t>Risiko 2 : ________________________________________________________________</w:t>
      </w:r>
    </w:p>
    <w:p>
      <w:r>
        <w:rPr>
          <w:b w:val="0"/>
          <w:sz w:val="20"/>
        </w:rPr>
        <w:t>Maßnahme 2 : _____________________________________________________________</w:t>
      </w:r>
    </w:p>
    <w:p/>
    <w:p>
      <w:r>
        <w:rPr>
          <w:b/>
          <w:sz w:val="20"/>
        </w:rPr>
        <w:t>8. Genehmigungen</w:t>
      </w:r>
    </w:p>
    <w:p>
      <w:r>
        <w:rPr>
          <w:b w:val="0"/>
          <w:sz w:val="20"/>
        </w:rPr>
        <w:t>Projektleiter : ___________________________________________________________</w:t>
      </w:r>
    </w:p>
    <w:p>
      <w:r>
        <w:rPr>
          <w:b w:val="0"/>
          <w:sz w:val="20"/>
        </w:rPr>
        <w:t>Abteilungsleiter : ________________________________________________________</w:t>
      </w:r>
    </w:p>
    <w:p>
      <w:r>
        <w:rPr>
          <w:b w:val="0"/>
          <w:sz w:val="20"/>
        </w:rPr>
        <w:t>Geschäftsführung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https://schnellmuster.com/projektkonzept-vorlage/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projektkonzept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