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NACHWEIS EINES ARBEITSVERHÄLTNISSES</w:t>
      </w:r>
    </w:p>
    <w:p/>
    <w:p>
      <w:r>
        <w:rPr>
          <w:b/>
          <w:sz w:val="20"/>
        </w:rPr>
        <w:t>Angaben des Arbeitgebers :</w:t>
      </w:r>
    </w:p>
    <w:p>
      <w:r>
        <w:rPr>
          <w:b w:val="0"/>
          <w:sz w:val="20"/>
        </w:rPr>
        <w:t>Firmenname : 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>
      <w:r>
        <w:rPr>
          <w:b w:val="0"/>
          <w:sz w:val="20"/>
        </w:rPr>
        <w:t>Vertreten durch : _____________________________________________________</w:t>
      </w:r>
    </w:p>
    <w:p/>
    <w:p>
      <w:r>
        <w:rPr>
          <w:b/>
          <w:sz w:val="20"/>
        </w:rPr>
        <w:t>Angaben des Arbeitnehmers :</w:t>
      </w:r>
    </w:p>
    <w:p>
      <w:r>
        <w:rPr>
          <w:b w:val="0"/>
          <w:sz w:val="20"/>
        </w:rPr>
        <w:t>Vor- und Nachname : 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/>
    <w:p>
      <w:r>
        <w:rPr>
          <w:b/>
          <w:sz w:val="20"/>
        </w:rPr>
        <w:t>Beschäftigungsdetails :</w:t>
      </w:r>
    </w:p>
    <w:p>
      <w:r>
        <w:rPr>
          <w:b w:val="0"/>
          <w:sz w:val="20"/>
        </w:rPr>
        <w:t>Beschäftigt seit dem : _______________________________________________</w:t>
      </w:r>
    </w:p>
    <w:p>
      <w:r>
        <w:rPr>
          <w:b w:val="0"/>
          <w:sz w:val="20"/>
        </w:rPr>
        <w:t>Art des Arbeitsverhältnisses : _______________________________________ (z.B. Vollzeit, Teilzeit, befristet)</w:t>
      </w:r>
    </w:p>
    <w:p>
      <w:r>
        <w:rPr>
          <w:b w:val="0"/>
          <w:sz w:val="20"/>
        </w:rPr>
        <w:t>Tätigkeitsbeschreibung : ______________________________________________</w:t>
      </w:r>
    </w:p>
    <w:p>
      <w:r>
        <w:rPr>
          <w:b w:val="0"/>
          <w:sz w:val="20"/>
        </w:rPr>
        <w:t>Arbeitszeit pro Woche : ______________________________________________</w:t>
      </w:r>
    </w:p>
    <w:p/>
    <w:p>
      <w:r>
        <w:rPr>
          <w:b/>
          <w:sz w:val="20"/>
        </w:rPr>
        <w:t>Vergütung :</w:t>
      </w:r>
    </w:p>
    <w:p>
      <w:r>
        <w:rPr>
          <w:b w:val="0"/>
          <w:sz w:val="20"/>
        </w:rPr>
        <w:t>Monatliches Bruttogehalt : _________________________ EUR</w:t>
      </w:r>
    </w:p>
    <w:p>
      <w:r>
        <w:rPr>
          <w:b w:val="0"/>
          <w:sz w:val="20"/>
        </w:rPr>
        <w:t>Zahlungsweise : ______________________________________________________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/>
    <w:p>
      <w:r>
        <w:rPr>
          <w:b w:val="0"/>
          <w:sz w:val="20"/>
        </w:rPr>
        <w:t>Hiermit wird bestätigt, dass die oben genannten Angaben korrekt sind und das Arbeitsverhältnis besteht.</w:t>
      </w:r>
    </w:p>
    <w:p/>
    <w:p/>
    <w:p>
      <w:r>
        <w:rPr>
          <w:b w:val="0"/>
          <w:sz w:val="20"/>
        </w:rPr>
        <w:t>Ort : ____________________________________________________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https://schnellmuster.com/nachweis-eines-arbeitsverhaltnisses-vorlage/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nachweis-eines-arbeitsverhaltnisses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