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MUSTERSCHREIBEN ERLASS VON SÄUMNISZUSCHLÄGEN</w:t>
      </w:r>
    </w:p>
    <w:p/>
    <w:p/>
    <w:p>
      <w:r>
        <w:rPr>
          <w:b/>
          <w:sz w:val="20"/>
        </w:rPr>
        <w:t>Absender:</w:t>
      </w:r>
    </w:p>
    <w:p>
      <w:r>
        <w:rPr>
          <w:b w:val="0"/>
          <w:sz w:val="20"/>
        </w:rPr>
        <w:t>Vor- und Nachname / Firma : __________________________________________</w:t>
      </w:r>
    </w:p>
    <w:p>
      <w:r>
        <w:rPr>
          <w:b w:val="0"/>
          <w:sz w:val="20"/>
        </w:rPr>
        <w:t>Anschrift : ___________________________________________________________</w:t>
      </w:r>
    </w:p>
    <w:p>
      <w:r>
        <w:rPr>
          <w:b w:val="0"/>
          <w:sz w:val="20"/>
        </w:rPr>
        <w:t>Steuernummer / Identifikationsnummer : ________________________________</w:t>
      </w:r>
    </w:p>
    <w:p>
      <w:r>
        <w:rPr>
          <w:b w:val="0"/>
          <w:sz w:val="20"/>
        </w:rPr>
        <w:t>Telefonnummer : _______________________________________________________</w:t>
      </w:r>
    </w:p>
    <w:p/>
    <w:p/>
    <w:p>
      <w:r>
        <w:rPr>
          <w:b/>
          <w:sz w:val="20"/>
        </w:rPr>
        <w:t>An das Finanzamt:</w:t>
      </w:r>
    </w:p>
    <w:p>
      <w:r>
        <w:rPr>
          <w:b w:val="0"/>
          <w:sz w:val="20"/>
        </w:rPr>
        <w:t>_______________________________________________________________</w:t>
      </w:r>
    </w:p>
    <w:p>
      <w:r>
        <w:rPr>
          <w:b w:val="0"/>
          <w:sz w:val="20"/>
        </w:rPr>
        <w:t>_______________________________________________________________</w:t>
      </w:r>
    </w:p>
    <w:p/>
    <w:p/>
    <w:p>
      <w:r>
        <w:rPr>
          <w:b/>
          <w:sz w:val="20"/>
        </w:rPr>
        <w:t>Betreff:</w:t>
      </w:r>
    </w:p>
    <w:p>
      <w:r>
        <w:rPr>
          <w:b w:val="0"/>
          <w:sz w:val="20"/>
        </w:rPr>
        <w:t>Antrag auf Erlass von Säumniszuschlägen gemäß § 240 AO</w:t>
      </w:r>
    </w:p>
    <w:p/>
    <w:p/>
    <w:p>
      <w:r>
        <w:rPr>
          <w:b w:val="0"/>
          <w:sz w:val="20"/>
        </w:rPr>
        <w:t>Sehr geehrte Damen und Herren,</w:t>
      </w:r>
    </w:p>
    <w:p/>
    <w:p>
      <w:r>
        <w:rPr>
          <w:b w:val="0"/>
          <w:sz w:val="20"/>
        </w:rPr>
        <w:t>hiermit beantrage ich den Erlass der in Zusammenhang mit meiner Steuerschuld entstandenen Säumniszuschläge. Die Säumniszuschläge sind in der Folge einer unverschuldeten Zahlungsschwierigkeit entstanden.</w:t>
      </w:r>
    </w:p>
    <w:p/>
    <w:p>
      <w:r>
        <w:rPr>
          <w:b/>
          <w:sz w:val="20"/>
        </w:rPr>
        <w:t>Begründung:</w:t>
      </w:r>
    </w:p>
    <w:p>
      <w:r>
        <w:rPr>
          <w:b w:val="0"/>
          <w:sz w:val="20"/>
        </w:rPr>
        <w:t>Aufgrund unvorhersehbarer und außerhalb meines Einflussbereichs liegender Umstände, die eine fristgerechte Zahlung verhindert haben, konnte ich die Steuerschuld nicht rechtzeitig begleichen. Ich habe die Zahlung unverzüglich nach Behebung der Schwierigkeiten vorgenommen.</w:t>
      </w:r>
    </w:p>
    <w:p/>
    <w:p>
      <w:r>
        <w:rPr>
          <w:b/>
          <w:sz w:val="20"/>
        </w:rPr>
        <w:t>Nachweise:</w:t>
      </w:r>
    </w:p>
    <w:p>
      <w:r>
        <w:rPr>
          <w:b w:val="0"/>
          <w:sz w:val="20"/>
        </w:rPr>
        <w:t>Als Nachweis füge ich dieser Erklärung entsprechende Unterlagen bei, die die unverschuldete Verzögerung belegen (z. B. Arztbescheinigung, Zahlungsbelege, Schriftverkehr).</w:t>
      </w:r>
    </w:p>
    <w:p/>
    <w:p>
      <w:r>
        <w:rPr>
          <w:b w:val="0"/>
          <w:sz w:val="20"/>
        </w:rPr>
        <w:t>Ich bitte daher um wohlwollende Prüfung meines Antrags und um Erlass der Säumniszuschläge gemäß § 240 AO.</w:t>
      </w:r>
    </w:p>
    <w:p/>
    <w:p/>
    <w:p>
      <w:r>
        <w:rPr>
          <w:b w:val="0"/>
          <w:sz w:val="20"/>
        </w:rPr>
        <w:t>Für Rückfragen stehe ich Ihnen jederzeit gerne zur Verfügung.</w:t>
      </w:r>
    </w:p>
    <w:p/>
    <w:p/>
    <w:p>
      <w:r>
        <w:rPr>
          <w:b w:val="0"/>
          <w:sz w:val="20"/>
        </w:rPr>
        <w:t>Ort, Datum : _________________________________________________________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p>
        </w:tc>
        <w:tc>
          <w:tcPr>
            <w:tcW w:type="dxa" w:w="4986"/>
            <w:tcBorders>
              <w:top w:val="nil"/>
              <w:left w:val="nil"/>
              <w:bottom w:val="nil"/>
              <w:right w:val="nil"/>
              <w:insideH w:val="nil"/>
              <w:insideV w:val="nil"/>
            </w:tcBorders>
          </w:tcPr>
          <w:p>
            <w:pPr>
              <w:jc w:val="center"/>
            </w:pPr>
            <w:r/>
          </w:p>
        </w:tc>
      </w:tr>
      <w:tr>
        <w:tc>
          <w:tcPr>
            <w:tcW w:type="dxa" w:w="4986"/>
            <w:tcBorders>
              <w:top w:val="nil"/>
              <w:left w:val="nil"/>
              <w:bottom w:val="nil"/>
              <w:right w:val="nil"/>
              <w:insideH w:val="nil"/>
              <w:insideV w:val="nil"/>
            </w:tcBorders>
          </w:tcPr>
          <w:p>
            <w:pPr>
              <w:jc w:val="center"/>
            </w:pPr>
            <w:r>
              <w:t>______________________________</w:t>
              <w:br/>
              <w:t>Unterschrift Absender</w:t>
            </w:r>
          </w:p>
        </w:tc>
        <w:tc>
          <w:tcPr>
            <w:tcW w:type="dxa" w:w="4986"/>
            <w:tcBorders>
              <w:top w:val="nil"/>
              <w:left w:val="nil"/>
              <w:bottom w:val="nil"/>
              <w:right w:val="nil"/>
              <w:insideH w:val="nil"/>
              <w:insideV w:val="nil"/>
            </w:tcBorders>
          </w:tcPr>
          <w:p>
            <w:pPr>
              <w:jc w:val="center"/>
            </w:pPr>
            <w:r>
              <w:t>______________________________</w:t>
              <w:br/>
              <w:t>Ort, Datum</w:t>
            </w:r>
          </w:p>
        </w:tc>
      </w:tr>
    </w:tbl>
    <w:p>
      <w:r>
        <w:br w:type="page"/>
      </w:r>
    </w:p>
    <w:p>
      <w:pPr>
        <w:jc w:val="center"/>
      </w:pPr>
      <w:r>
        <w:rPr>
          <w:color w:val="555555"/>
          <w:sz w:val="24"/>
        </w:rPr>
        <w:t>Originalquelle dieses Dokuments:</w:t>
      </w:r>
    </w:p>
    <w:p>
      <w:pPr>
        <w:jc w:val="center"/>
      </w:pPr>
      <w:hyperlink r:id="rId9">
        <w:r>
          <w:rPr>
            <w:color w:val="0000FF"/>
            <w:u w:val="single"/>
          </w:rPr>
          <w:t>https://schnellmuster.com/musterschreiben-erlass-saumniszuschlage-finanzamt/</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https://schnellmuster.com</w:t>
        </w:r>
      </w:hyperlink>
    </w:p>
    <w:p>
      <w:pPr>
        <w:jc w:val="center"/>
      </w:pPr>
      <w:r>
        <w:rPr>
          <w:color w:val="808080"/>
          <w:sz w:val="20"/>
        </w:rPr>
        <w:t>Diese Vorlage ist ausschließlich für den persönlichen, nicht kommerziellen Gebrauch bestimmt.</w:t>
        <w:br/>
        <w:t>Bei Weitergabe oder Veröffentlichung ist die Nennung der Quelle verpflichtend. © schnellmuster.com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schnellmuster.com/musterschreiben-erlass-saumniszuschlage-finanzamt/" TargetMode="External"/><Relationship Id="rId10" Type="http://schemas.openxmlformats.org/officeDocument/2006/relationships/hyperlink" Target="https://schnellmus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