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MUSTERBRIEF ZINSNACHZAHLUNG PRÄMIENSPAREN</w:t>
      </w:r>
    </w:p>
    <w:p/>
    <w:p>
      <w:r>
        <w:rPr>
          <w:b/>
          <w:sz w:val="20"/>
        </w:rPr>
        <w:t>Absender:</w:t>
      </w:r>
    </w:p>
    <w:p>
      <w:r>
        <w:rPr>
          <w:b w:val="0"/>
          <w:sz w:val="20"/>
        </w:rPr>
        <w:t>Name : ________________________________________________</w:t>
      </w:r>
    </w:p>
    <w:p>
      <w:r>
        <w:rPr>
          <w:b w:val="0"/>
          <w:sz w:val="20"/>
        </w:rPr>
        <w:t>Anschrift : ____________________________________________</w:t>
      </w:r>
    </w:p>
    <w:p>
      <w:r>
        <w:rPr>
          <w:b w:val="0"/>
          <w:sz w:val="20"/>
        </w:rPr>
        <w:t>Telefonnummer : ________________________________________</w:t>
      </w:r>
    </w:p>
    <w:p/>
    <w:p>
      <w:r>
        <w:rPr>
          <w:b/>
          <w:sz w:val="20"/>
        </w:rPr>
        <w:t>Empfänger:</w:t>
      </w:r>
    </w:p>
    <w:p>
      <w:r>
        <w:rPr>
          <w:b w:val="0"/>
          <w:sz w:val="20"/>
        </w:rPr>
        <w:t>Bank/Institut : _________________________________________</w:t>
      </w:r>
    </w:p>
    <w:p>
      <w:r>
        <w:rPr>
          <w:b w:val="0"/>
          <w:sz w:val="20"/>
        </w:rPr>
        <w:t>Abteilung : ____________________________________________</w:t>
      </w:r>
    </w:p>
    <w:p>
      <w:r>
        <w:rPr>
          <w:b w:val="0"/>
          <w:sz w:val="20"/>
        </w:rPr>
        <w:t>Anschrift : ____________________________________________</w:t>
      </w:r>
    </w:p>
    <w:p/>
    <w:p>
      <w:r>
        <w:rPr>
          <w:b/>
          <w:sz w:val="20"/>
        </w:rPr>
        <w:t>Betreff:</w:t>
      </w:r>
    </w:p>
    <w:p>
      <w:r>
        <w:rPr>
          <w:b w:val="0"/>
          <w:sz w:val="20"/>
        </w:rPr>
        <w:t>Nachforderung von Zinsen aus Prämiensparvertrag</w:t>
      </w:r>
    </w:p>
    <w:p/>
    <w:p>
      <w:r>
        <w:rPr>
          <w:b w:val="0"/>
          <w:sz w:val="20"/>
        </w:rPr>
        <w:t>Sehr geehrte Damen und Herren,</w:t>
      </w:r>
    </w:p>
    <w:p/>
    <w:p>
      <w:r>
        <w:rPr>
          <w:b w:val="0"/>
          <w:sz w:val="20"/>
        </w:rPr>
        <w:t>hiermit fordere ich die Nachzahlung der Zinsen aus meinem Prämiensparvertrag gemäß den vertraglichen Vereinbarungen und den gesetzlichen Bestimmungen ein. Bei Vertragsschluss wurde vereinbart, dass die Zinsen jährlich gutschrieben werden. Ich bitte um Prüfung und Ausgleich der ausstehenden Zinsen.</w:t>
      </w:r>
    </w:p>
    <w:p/>
    <w:p>
      <w:r>
        <w:rPr>
          <w:b w:val="0"/>
          <w:sz w:val="20"/>
        </w:rPr>
        <w:t>Bitte teilen Sie mir schriftlich mit, bis wann ich mit der Auszahlung der nachgeforderten Zinsen rechnen kann. Sollten weitere Unterlagen oder Informationen erforderlich sein, stehe ich Ihnen selbstverständlich zur Verfügung.</w:t>
      </w:r>
    </w:p>
    <w:p/>
    <w:p>
      <w:r>
        <w:rPr>
          <w:b w:val="0"/>
          <w:sz w:val="20"/>
        </w:rPr>
        <w:t>Mit freundlichen Grüßen,</w:t>
      </w:r>
    </w:p>
    <w:p/>
    <w:p/>
    <w:p/>
    <w:p>
      <w:pPr>
        <w:jc w:val="center"/>
      </w:pPr>
      <w:r>
        <w:rPr>
          <w:b w:val="0"/>
          <w:sz w:val="20"/>
        </w:rPr>
        <w:t>______________________________</w:t>
      </w:r>
    </w:p>
    <w:p>
      <w:pPr>
        <w:jc w:val="center"/>
      </w:pPr>
      <w:r>
        <w:rPr>
          <w:b w:val="0"/>
          <w:sz w:val="20"/>
        </w:rPr>
        <w:t>Unterschrift</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Telefon</w:t>
            </w:r>
          </w:p>
        </w:tc>
        <w:tc>
          <w:tcPr>
            <w:tcW w:type="dxa" w:w="4986"/>
            <w:tcBorders>
              <w:top w:val="nil"/>
              <w:left w:val="nil"/>
              <w:bottom w:val="nil"/>
              <w:right w:val="nil"/>
              <w:insideH w:val="nil"/>
              <w:insideV w:val="nil"/>
            </w:tcBorders>
          </w:tcPr>
          <w:p>
            <w:pPr>
              <w:jc w:val="center"/>
            </w:pPr>
            <w:r>
              <w:t>E-Mail</w:t>
            </w:r>
          </w:p>
        </w:tc>
      </w:tr>
      <w:tr>
        <w:tc>
          <w:tcPr>
            <w:tcW w:type="dxa" w:w="4986"/>
            <w:tcBorders>
              <w:top w:val="nil"/>
              <w:left w:val="nil"/>
              <w:bottom w:val="nil"/>
              <w:right w:val="nil"/>
              <w:insideH w:val="nil"/>
              <w:insideV w:val="nil"/>
            </w:tcBorders>
          </w:tcPr>
          <w:p>
            <w:pPr>
              <w:jc w:val="center"/>
            </w:pPr>
            <w:r>
              <w:t>______________________________</w:t>
            </w:r>
          </w:p>
        </w:tc>
        <w:tc>
          <w:tcPr>
            <w:tcW w:type="dxa" w:w="4986"/>
            <w:tcBorders>
              <w:top w:val="nil"/>
              <w:left w:val="nil"/>
              <w:bottom w:val="nil"/>
              <w:right w:val="nil"/>
              <w:insideH w:val="nil"/>
              <w:insideV w:val="nil"/>
            </w:tcBorders>
          </w:tcPr>
          <w:p>
            <w:pPr>
              <w:jc w:val="center"/>
            </w:pPr>
            <w:r>
              <w:t>______________________________</w:t>
            </w:r>
          </w:p>
        </w:tc>
      </w:tr>
      <w:tr>
        <w:tc>
          <w:tcPr>
            <w:tcW w:type="dxa" w:w="4986"/>
            <w:tcBorders>
              <w:top w:val="nil"/>
              <w:left w:val="nil"/>
              <w:bottom w:val="nil"/>
              <w:right w:val="nil"/>
              <w:insideH w:val="nil"/>
              <w:insideV w:val="nil"/>
            </w:tcBorders>
          </w:tcPr>
          <w:p>
            <w:pPr>
              <w:jc w:val="center"/>
            </w:pPr>
            <w:r>
              <w:t>Rückrufnummer</w:t>
            </w:r>
          </w:p>
        </w:tc>
        <w:tc>
          <w:tcPr>
            <w:tcW w:type="dxa" w:w="4986"/>
            <w:tcBorders>
              <w:top w:val="nil"/>
              <w:left w:val="nil"/>
              <w:bottom w:val="nil"/>
              <w:right w:val="nil"/>
              <w:insideH w:val="nil"/>
              <w:insideV w:val="nil"/>
            </w:tcBorders>
          </w:tcPr>
          <w:p>
            <w:pPr>
              <w:jc w:val="center"/>
            </w:pPr>
            <w:r>
              <w:t>E-Mail-Adresse</w:t>
            </w:r>
          </w:p>
        </w:tc>
      </w:tr>
    </w:tbl>
    <w:p>
      <w:r>
        <w:br w:type="page"/>
      </w:r>
    </w:p>
    <w:p>
      <w:pPr>
        <w:jc w:val="center"/>
      </w:pPr>
      <w:r>
        <w:rPr>
          <w:color w:val="555555"/>
          <w:sz w:val="24"/>
        </w:rPr>
        <w:t>Originalquelle dieses Dokuments:</w:t>
      </w:r>
    </w:p>
    <w:p>
      <w:pPr>
        <w:jc w:val="center"/>
      </w:pPr>
      <w:hyperlink r:id="rId9">
        <w:r>
          <w:rPr>
            <w:color w:val="0000FF"/>
            <w:u w:val="single"/>
          </w:rPr>
          <w:t>https://schnellmuster.com/musterbrief-zinsnachzahlung-pramiensparen/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musterbrief-zinsnachzahlung-pramiensparen/"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