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MUSTERBRIEF MITGLIEDSBEITRAG</w:t>
      </w:r>
    </w:p>
    <w:p/>
    <w:p/>
    <w:p>
      <w:r>
        <w:rPr>
          <w:b/>
          <w:sz w:val="20"/>
        </w:rPr>
        <w:t>Verein Musterverein e.V.</w:t>
      </w:r>
    </w:p>
    <w:p>
      <w:r>
        <w:rPr>
          <w:b w:val="0"/>
          <w:sz w:val="20"/>
        </w:rPr>
        <w:t>Musterstraße 1</w:t>
      </w:r>
    </w:p>
    <w:p>
      <w:r>
        <w:rPr>
          <w:b w:val="0"/>
          <w:sz w:val="20"/>
        </w:rPr>
        <w:t>12345 Musterstadt</w:t>
      </w:r>
    </w:p>
    <w:p/>
    <w:p>
      <w:r>
        <w:rPr>
          <w:b/>
          <w:sz w:val="20"/>
        </w:rPr>
        <w:t>Mitglied</w:t>
      </w:r>
    </w:p>
    <w:p>
      <w:r>
        <w:rPr>
          <w:b w:val="0"/>
          <w:sz w:val="20"/>
        </w:rPr>
        <w:t>Vorname Nachname</w:t>
      </w:r>
    </w:p>
    <w:p>
      <w:r>
        <w:rPr>
          <w:b w:val="0"/>
          <w:sz w:val="20"/>
        </w:rPr>
        <w:t>Straße und Hausnummer</w:t>
      </w:r>
    </w:p>
    <w:p>
      <w:r>
        <w:rPr>
          <w:b w:val="0"/>
          <w:sz w:val="20"/>
        </w:rPr>
        <w:t>PLZ Ort</w:t>
      </w:r>
    </w:p>
    <w:p/>
    <w:p/>
    <w:p>
      <w:r>
        <w:rPr>
          <w:b/>
          <w:sz w:val="20"/>
        </w:rPr>
        <w:t>Betreff: Zahlung des Mitgliedsbeitrags</w:t>
      </w:r>
    </w:p>
    <w:p/>
    <w:p>
      <w:r>
        <w:rPr>
          <w:b w:val="0"/>
          <w:sz w:val="20"/>
        </w:rPr>
        <w:t>Sehr geehrte Damen und Herren,</w:t>
      </w:r>
    </w:p>
    <w:p/>
    <w:p>
      <w:r>
        <w:rPr>
          <w:b w:val="0"/>
          <w:sz w:val="20"/>
        </w:rPr>
        <w:t>hiermit möchten wir Sie höflich daran erinnern, dass Ihr Mitgliedsbeitrag für den Verein Musterverein e.V. fällig ist. Der Beitrag dient der Finanzierung unserer Aktivitäten sowie der Erhaltung und Förderung unseres Vereinszwecks.</w:t>
      </w:r>
    </w:p>
    <w:p/>
    <w:p>
      <w:r>
        <w:rPr>
          <w:b w:val="0"/>
          <w:sz w:val="20"/>
        </w:rPr>
        <w:t>Bitte überweisen Sie den Mitgliedsbeitrag in Höhe von _________________ EUR bis auf folgendes Konto:</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rPr>
                <w:sz w:val="20"/>
              </w:rPr>
              <w:t>Empfänger:</w:t>
            </w:r>
          </w:p>
        </w:tc>
        <w:tc>
          <w:tcPr>
            <w:tcW w:type="dxa" w:w="4986"/>
            <w:tcBorders>
              <w:top w:val="nil"/>
              <w:left w:val="nil"/>
              <w:bottom w:val="nil"/>
              <w:right w:val="nil"/>
              <w:insideH w:val="nil"/>
              <w:insideV w:val="nil"/>
            </w:tcBorders>
          </w:tcPr>
          <w:p>
            <w:pPr>
              <w:jc w:val="left"/>
            </w:pPr>
            <w:r>
              <w:rPr>
                <w:sz w:val="20"/>
              </w:rPr>
              <w:t>Musterverein e.V.</w:t>
            </w:r>
          </w:p>
        </w:tc>
      </w:tr>
      <w:tr>
        <w:tc>
          <w:tcPr>
            <w:tcW w:type="dxa" w:w="4986"/>
            <w:tcBorders>
              <w:top w:val="nil"/>
              <w:left w:val="nil"/>
              <w:bottom w:val="nil"/>
              <w:right w:val="nil"/>
              <w:insideH w:val="nil"/>
              <w:insideV w:val="nil"/>
            </w:tcBorders>
          </w:tcPr>
          <w:p>
            <w:pPr>
              <w:jc w:val="left"/>
            </w:pPr>
            <w:r>
              <w:rPr>
                <w:sz w:val="20"/>
              </w:rPr>
              <w:t>IBAN:</w:t>
            </w:r>
          </w:p>
        </w:tc>
        <w:tc>
          <w:tcPr>
            <w:tcW w:type="dxa" w:w="4986"/>
            <w:tcBorders>
              <w:top w:val="nil"/>
              <w:left w:val="nil"/>
              <w:bottom w:val="nil"/>
              <w:right w:val="nil"/>
              <w:insideH w:val="nil"/>
              <w:insideV w:val="nil"/>
            </w:tcBorders>
          </w:tcPr>
          <w:p>
            <w:pPr>
              <w:jc w:val="left"/>
            </w:pPr>
            <w:r>
              <w:rPr>
                <w:sz w:val="20"/>
              </w:rPr>
              <w:t>DE00 0000 0000 0000 0000 00</w:t>
            </w:r>
          </w:p>
        </w:tc>
      </w:tr>
      <w:tr>
        <w:tc>
          <w:tcPr>
            <w:tcW w:type="dxa" w:w="4986"/>
            <w:tcBorders>
              <w:top w:val="nil"/>
              <w:left w:val="nil"/>
              <w:bottom w:val="nil"/>
              <w:right w:val="nil"/>
              <w:insideH w:val="nil"/>
              <w:insideV w:val="nil"/>
            </w:tcBorders>
          </w:tcPr>
          <w:p>
            <w:pPr>
              <w:jc w:val="left"/>
            </w:pPr>
            <w:r>
              <w:rPr>
                <w:sz w:val="20"/>
              </w:rPr>
              <w:t>BIC:</w:t>
            </w:r>
          </w:p>
        </w:tc>
        <w:tc>
          <w:tcPr>
            <w:tcW w:type="dxa" w:w="4986"/>
            <w:tcBorders>
              <w:top w:val="nil"/>
              <w:left w:val="nil"/>
              <w:bottom w:val="nil"/>
              <w:right w:val="nil"/>
              <w:insideH w:val="nil"/>
              <w:insideV w:val="nil"/>
            </w:tcBorders>
          </w:tcPr>
          <w:p>
            <w:pPr>
              <w:jc w:val="left"/>
            </w:pPr>
            <w:r>
              <w:rPr>
                <w:sz w:val="20"/>
              </w:rPr>
              <w:t>GENODEF1M01</w:t>
            </w:r>
          </w:p>
        </w:tc>
      </w:tr>
      <w:tr>
        <w:tc>
          <w:tcPr>
            <w:tcW w:type="dxa" w:w="4986"/>
            <w:tcBorders>
              <w:top w:val="nil"/>
              <w:left w:val="nil"/>
              <w:bottom w:val="nil"/>
              <w:right w:val="nil"/>
              <w:insideH w:val="nil"/>
              <w:insideV w:val="nil"/>
            </w:tcBorders>
          </w:tcPr>
          <w:p>
            <w:pPr>
              <w:jc w:val="left"/>
            </w:pPr>
            <w:r>
              <w:rPr>
                <w:sz w:val="20"/>
              </w:rPr>
              <w:t>Verwendungszweck:</w:t>
            </w:r>
          </w:p>
        </w:tc>
        <w:tc>
          <w:tcPr>
            <w:tcW w:type="dxa" w:w="4986"/>
            <w:tcBorders>
              <w:top w:val="nil"/>
              <w:left w:val="nil"/>
              <w:bottom w:val="nil"/>
              <w:right w:val="nil"/>
              <w:insideH w:val="nil"/>
              <w:insideV w:val="nil"/>
            </w:tcBorders>
          </w:tcPr>
          <w:p>
            <w:pPr>
              <w:jc w:val="left"/>
            </w:pPr>
            <w:r>
              <w:rPr>
                <w:sz w:val="20"/>
              </w:rPr>
              <w:t>Mitgliedsbeitrag Vorname Nachname</w:t>
            </w:r>
          </w:p>
        </w:tc>
      </w:tr>
    </w:tbl>
    <w:p/>
    <w:p/>
    <w:p>
      <w:r>
        <w:rPr>
          <w:b w:val="0"/>
          <w:sz w:val="20"/>
        </w:rPr>
        <w:t>Sollten Sie den Beitrag bereits überwiesen haben, betrachten Sie dieses Schreiben bitte als gegenstandslos.</w:t>
      </w:r>
    </w:p>
    <w:p/>
    <w:p>
      <w:r>
        <w:rPr>
          <w:b w:val="0"/>
          <w:sz w:val="20"/>
        </w:rPr>
        <w:t>Bei Rückfragen stehen wir Ihnen gerne zur Verfügung.</w:t>
      </w:r>
    </w:p>
    <w:p/>
    <w:p/>
    <w:p>
      <w:r>
        <w:rPr>
          <w:b w:val="0"/>
          <w:sz w:val="20"/>
        </w:rPr>
        <w:t>Mit freundlichen Grüßen</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Der Vorstand</w:t>
            </w:r>
          </w:p>
        </w:tc>
        <w:tc>
          <w:tcPr>
            <w:tcW w:type="dxa" w:w="4986"/>
            <w:tcBorders>
              <w:top w:val="nil"/>
              <w:left w:val="nil"/>
              <w:bottom w:val="nil"/>
              <w:right w:val="nil"/>
              <w:insideH w:val="nil"/>
              <w:insideV w:val="nil"/>
            </w:tcBorders>
          </w:tcPr>
          <w:p>
            <w:pPr>
              <w:jc w:val="center"/>
            </w:pPr>
            <w:r>
              <w:t>Der Schatzmeister</w:t>
            </w:r>
          </w:p>
        </w:tc>
      </w:tr>
      <w:tr>
        <w:tc>
          <w:tcPr>
            <w:tcW w:type="dxa" w:w="4986"/>
            <w:tcBorders>
              <w:top w:val="nil"/>
              <w:left w:val="nil"/>
              <w:bottom w:val="nil"/>
              <w:right w:val="nil"/>
              <w:insideH w:val="nil"/>
              <w:insideV w:val="nil"/>
            </w:tcBorders>
          </w:tcPr>
          <w:p>
            <w:pPr>
              <w:jc w:val="center"/>
            </w:pPr>
            <w:r>
              <w:br/>
              <w:br/>
              <w:t>Unterschrift: _________________________</w:t>
            </w:r>
          </w:p>
        </w:tc>
        <w:tc>
          <w:tcPr>
            <w:tcW w:type="dxa" w:w="4986"/>
            <w:tcBorders>
              <w:top w:val="nil"/>
              <w:left w:val="nil"/>
              <w:bottom w:val="nil"/>
              <w:right w:val="nil"/>
              <w:insideH w:val="nil"/>
              <w:insideV w:val="nil"/>
            </w:tcBorders>
          </w:tcPr>
          <w:p>
            <w:pPr>
              <w:jc w:val="center"/>
            </w:pPr>
            <w:r>
              <w:br/>
              <w:br/>
              <w:t>Unterschrift: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https://schnellmuster.com/musterbrief-mitgliedsbeitrag-verein/</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https://schnellmuster.com</w:t>
        </w:r>
      </w:hyperlink>
    </w:p>
    <w:p>
      <w:pPr>
        <w:jc w:val="center"/>
      </w:pPr>
      <w:r>
        <w:rPr>
          <w:color w:val="808080"/>
          <w:sz w:val="20"/>
        </w:rPr>
        <w:t>Diese Vorlage ist ausschließlich für den persönlichen, nicht kommerziellen Gebrauch bestimmt.</w:t>
        <w:br/>
        <w:t>Bei Weitergabe oder Veröffentlichung ist die Nennung der Quelle verpflichtend. © schnellmuster.com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schnellmuster.com/musterbrief-mitgliedsbeitrag-verein/" TargetMode="External"/><Relationship Id="rId10" Type="http://schemas.openxmlformats.org/officeDocument/2006/relationships/hyperlink" Target="https://schnellmus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