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MIETER MÜLLENTSORGUNG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</w:t>
      </w:r>
    </w:p>
    <w:p>
      <w:r>
        <w:rPr>
          <w:b w:val="0"/>
          <w:sz w:val="20"/>
        </w:rPr>
        <w:t>Anschrift : ______________________________________________</w:t>
      </w:r>
    </w:p>
    <w:p>
      <w:r>
        <w:rPr>
          <w:b w:val="0"/>
          <w:sz w:val="20"/>
        </w:rPr>
        <w:t>Telefon : 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/ Firma Vermieter : ________________________________</w:t>
      </w:r>
    </w:p>
    <w:p>
      <w:r>
        <w:rPr>
          <w:b w:val="0"/>
          <w:sz w:val="20"/>
        </w:rPr>
        <w:t>Anschrift : 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Mängelanzeige und Aufforderung zur ordnungsgemäßen Müllentsorgung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Sie darauf hinweisen, dass die Müllentsorgung in der von mir angemieteten Wohnung / dem gemieteten Objekt nicht ordnungsgemäß erfolgt.</w:t>
      </w:r>
    </w:p>
    <w:p/>
    <w:p>
      <w:r>
        <w:rPr>
          <w:b/>
          <w:sz w:val="20"/>
        </w:rPr>
        <w:t>Sachverhalt:</w:t>
      </w:r>
    </w:p>
    <w:p>
      <w:r>
        <w:rPr>
          <w:b w:val="0"/>
          <w:sz w:val="20"/>
        </w:rPr>
        <w:t>Seit geraumer Zeit beobachte ich, dass die Müllbehälter regelmäßig nicht geleert werden oder die Mülltrennung nicht eingehalten wird. Dies führt zu unangenehmen Gerüchen und unhygienischen Zuständen im Bereich der Müllstandplätze.</w:t>
      </w:r>
    </w:p>
    <w:p/>
    <w:p>
      <w:r>
        <w:rPr>
          <w:b w:val="0"/>
          <w:sz w:val="20"/>
        </w:rPr>
        <w:t>Ich fordere Sie daher auf, die Müllentsorgung gemäß den gesetzlichen Vorschriften und den geltenden Regelungen der Müllabfuhr unverzüglich sicherzustellen.</w:t>
      </w:r>
    </w:p>
    <w:p/>
    <w:p>
      <w:r>
        <w:rPr>
          <w:b w:val="0"/>
          <w:sz w:val="20"/>
        </w:rPr>
        <w:t>Bitte beachten Sie, dass gemäß § 535 BGB der Vermieter verpflichtet ist, die Mietsache in einem zum vertragsgemäßen Gebrauch geeigneten Zustand zu erhalten. Die ordnungsgemäße Müllentsorgung gehört hierzu.</w:t>
      </w:r>
    </w:p>
    <w:p/>
    <w:p>
      <w:r>
        <w:rPr>
          <w:b w:val="0"/>
          <w:sz w:val="20"/>
        </w:rPr>
        <w:t>Ich setze Ihnen hiermit eine Frist von zwei Wochen ab Zugang dieses Schreibens, um die Mängel zu beheben.</w:t>
      </w:r>
    </w:p>
    <w:p/>
    <w:p>
      <w:r>
        <w:rPr>
          <w:b w:val="0"/>
          <w:sz w:val="20"/>
        </w:rPr>
        <w:t>Sollte die Müllentsorgung nicht fristgerecht erfolgen, sehe ich mich gezwungen, weitere rechtliche Schritte einzuleiten, einschließlich der Mietminderung gemäß § 536 BGB.</w:t>
      </w:r>
    </w:p>
    <w:p/>
    <w:p>
      <w:r>
        <w:rPr>
          <w:b w:val="0"/>
          <w:sz w:val="20"/>
        </w:rPr>
        <w:t>Ich bitte um eine schriftliche Rückmeldung und Bestätigung der notwendigen Maßnahmen.</w:t>
      </w:r>
    </w:p>
    <w:p/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 Mieter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https://schnellmuster.com/musterbrief-mieter-mullentsorgung/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musterbrief-mieter-mullentsorgun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