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EIGENLEISTUNG WASSERSCHADEN</w:t>
      </w:r>
    </w:p>
    <w:p/>
    <w:p>
      <w:r>
        <w:rPr>
          <w:b w:val="0"/>
          <w:sz w:val="20"/>
        </w:rPr>
        <w:t>Absender :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/>
    <w:p/>
    <w:p>
      <w:r>
        <w:rPr>
          <w:b w:val="0"/>
          <w:sz w:val="20"/>
        </w:rPr>
        <w:t>Empfänger :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/>
    <w:p/>
    <w:p>
      <w:r>
        <w:rPr>
          <w:b/>
          <w:sz w:val="20"/>
        </w:rPr>
        <w:t>Betreff: Eigenleistung an der Schadensbehebung durch Wasserschaden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teile ich Ihnen mit, dass ich die notwendigen Arbeiten zur Behebung des Wasserschadens in meiner Wohnung/Eigentum in Eigenleistung durchführen werde. Die Eigenleistung umfasst alle erforderlichen Reparatur- und Sanierungsarbeiten, die zur Wiederherstellung des ursprünglichen Zustandes notwendig sind.</w:t>
      </w:r>
    </w:p>
    <w:p/>
    <w:p>
      <w:r>
        <w:rPr>
          <w:b w:val="0"/>
          <w:sz w:val="20"/>
        </w:rPr>
        <w:t>Ich bestätige, dass die Eigenleistung fachgerecht und sachgerecht ausgeführt wird. Sämtliche verwendeten Materialien und durchgeführten Arbeiten entsprechen den geltenden technischen und gesetzlichen Anforderungen.</w:t>
      </w:r>
    </w:p>
    <w:p/>
    <w:p>
      <w:r>
        <w:rPr>
          <w:b w:val="0"/>
          <w:sz w:val="20"/>
        </w:rPr>
        <w:t>Des Weiteren verpflichte ich mich, etwaige durch meine Eigenleistung verursachte Folgeschäden umgehend zu melden und notwendige weitere Maßnahmen einzuleiten.</w:t>
      </w:r>
    </w:p>
    <w:p/>
    <w:p>
      <w:r>
        <w:rPr>
          <w:b w:val="0"/>
          <w:sz w:val="20"/>
        </w:rPr>
        <w:t>Bitte bestätigen Sie mir schriftlich, dass Sie mit der Durchführung der Eigenleistung einverstanden sind. Für Rückfragen stehe ich Ihnen selbstverständlich jederzeit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r>
        <w:rPr>
          <w:b w:val="0"/>
          <w:sz w:val="20"/>
        </w:rPr>
        <w:t>____________________________</w:t>
      </w:r>
    </w:p>
    <w:p>
      <w:r>
        <w:rPr>
          <w:b w:val="0"/>
          <w:sz w:val="20"/>
        </w:rPr>
        <w:t>Unterschrift</w:t>
      </w:r>
    </w:p>
    <w:p/>
    <w:p>
      <w:r>
        <w:rPr>
          <w:b w:val="0"/>
          <w:sz w:val="20"/>
        </w:rPr>
        <w:t>Ort 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https://schnellmuster.com/musterbrief-eigenleistung-wasserschaden/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musterbrief-eigenleistung-wasserschaden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