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KÜNDIGUNG AVIRA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</w:t>
      </w:r>
    </w:p>
    <w:p>
      <w:r>
        <w:rPr>
          <w:b w:val="0"/>
          <w:sz w:val="20"/>
        </w:rPr>
        <w:t>Kundennummer (falls vorhanden) : 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Avira Operations GmbH &amp; Co. KG</w:t>
      </w:r>
    </w:p>
    <w:p>
      <w:r>
        <w:rPr>
          <w:b w:val="0"/>
          <w:sz w:val="20"/>
        </w:rPr>
        <w:t>Pascalstraße 10</w:t>
      </w:r>
    </w:p>
    <w:p>
      <w:r>
        <w:rPr>
          <w:b w:val="0"/>
          <w:sz w:val="20"/>
        </w:rPr>
        <w:t>20359 Hamburg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meines Avira Vertrags / Abonnements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mit Ihnen bestehendes Avira Abonnement fristgemäß zum nächstmöglichen Zeitpunkt. Bitte bestätigen Sie mir schriftlich den Erhalt dieser Kündigung sowie das Datum der Vertragsbeendigung.</w:t>
      </w:r>
    </w:p>
    <w:p/>
    <w:p>
      <w:r>
        <w:rPr>
          <w:b w:val="0"/>
          <w:sz w:val="20"/>
        </w:rPr>
        <w:t>Ich bitte Sie, meine bei Ihnen gespeicherten personenbezogenen Daten gemäß den geltenden Datenschutzbestimmungen nach Vertragsende zu löschen.</w:t>
      </w:r>
    </w:p>
    <w:p/>
    <w:p>
      <w:r>
        <w:rPr>
          <w:b w:val="0"/>
          <w:sz w:val="20"/>
        </w:rPr>
        <w:t>Vielen Dank für die bisherige Zusammenarbeit.</w:t>
      </w:r>
    </w:p>
    <w:p/>
    <w:p/>
    <w:p>
      <w:r>
        <w:rPr>
          <w:b w:val="0"/>
          <w:sz w:val="20"/>
        </w:rPr>
        <w:t>Ort : ____________________________________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p>
      <w:r>
        <w:rPr>
          <w:b w:val="0"/>
          <w:sz w:val="20"/>
        </w:rPr>
        <w:t>Unterschrift 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https://schnellmuster.com/muster-kundigung-avira/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uster-kundigung-avira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