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KÜNDIGUNG DES ARBEITSVERHÄLTNISSES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Firma : ________________________________________________</w:t>
      </w:r>
    </w:p>
    <w:p>
      <w:r>
        <w:rPr>
          <w:b w:val="0"/>
          <w:sz w:val="20"/>
        </w:rPr>
        <w:t>Anschrift : ________________________________________________</w:t>
      </w:r>
    </w:p>
    <w:p>
      <w:r>
        <w:rPr>
          <w:b w:val="0"/>
          <w:sz w:val="20"/>
        </w:rPr>
        <w:t>Telefon : 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: ________________________________________________</w:t>
      </w:r>
    </w:p>
    <w:p>
      <w:r>
        <w:rPr>
          <w:b w:val="0"/>
          <w:sz w:val="20"/>
        </w:rPr>
        <w:t>Anschrift : 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Arbeitsverhältnisses</w:t>
      </w:r>
    </w:p>
    <w:p/>
    <w:p>
      <w:r>
        <w:rPr>
          <w:b w:val="0"/>
          <w:sz w:val="20"/>
        </w:rPr>
        <w:t>Sehr geehrte/r Frau/Herr ________________,</w:t>
      </w:r>
    </w:p>
    <w:p/>
    <w:p>
      <w:r>
        <w:rPr>
          <w:b w:val="0"/>
          <w:sz w:val="20"/>
        </w:rPr>
        <w:t>hiermit kündigen wir das mit Ihnen bestehende Arbeitsverhältnis ordentlich und fristgemäß zum nächstmöglichen Zeitpunkt.</w:t>
      </w:r>
    </w:p>
    <w:p/>
    <w:p>
      <w:r>
        <w:rPr>
          <w:b w:val="0"/>
          <w:sz w:val="20"/>
        </w:rPr>
        <w:t>Bitte bestätigen Sie uns den Erhalt dieser Kündigung sowie das Beendigungsdatum des Arbeitsverhältnisses schriftlich.</w:t>
      </w:r>
    </w:p>
    <w:p/>
    <w:p>
      <w:r>
        <w:rPr>
          <w:b w:val="0"/>
          <w:sz w:val="20"/>
        </w:rPr>
        <w:t>Wir bitten Sie, alle Ihnen überlassenen Arbeitsmittel spätestens am letzten Arbeitstag zurückzugeben.</w:t>
      </w:r>
    </w:p>
    <w:p/>
    <w:p>
      <w:r>
        <w:rPr>
          <w:b w:val="0"/>
          <w:sz w:val="20"/>
        </w:rPr>
        <w:t>Darüber hinaus erhalten Sie nach Beendigung des Arbeitsverhältnisses Ihre Arbeitsbescheinigung sowie ggf. ein qualifiziertes Arbeitszeugnis.</w:t>
      </w:r>
    </w:p>
    <w:p/>
    <w:p>
      <w:r>
        <w:rPr>
          <w:b w:val="0"/>
          <w:sz w:val="20"/>
        </w:rPr>
        <w:t>Für Rückfragen stehen wir Ihnen jederzeit gern zur Verfügung.</w:t>
      </w:r>
    </w:p>
    <w:p/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https://schnellmuster.com/muster-kundigung-arbeitgeber-kleinbetrieb/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muster-kundigung-arbeitgeber-kleinbetrieb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