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 BEWERBUNG UM EINEN KLEINGARTEN</w:t>
      </w:r>
    </w:p>
    <w:p/>
    <w:p>
      <w:r>
        <w:rPr>
          <w:b w:val="0"/>
          <w:sz w:val="20"/>
        </w:rPr>
        <w:t>An den Vorstand des Kleingartenvereins</w:t>
      </w:r>
    </w:p>
    <w:p>
      <w:r>
        <w:rPr>
          <w:b w:val="0"/>
          <w:sz w:val="20"/>
        </w:rPr>
        <w:t>______________________________</w:t>
      </w:r>
    </w:p>
    <w:p>
      <w:r>
        <w:rPr>
          <w:b w:val="0"/>
          <w:sz w:val="20"/>
        </w:rPr>
        <w:t>______________________________</w:t>
      </w:r>
    </w:p>
    <w:p/>
    <w:p/>
    <w:p>
      <w:r>
        <w:rPr>
          <w:b/>
          <w:sz w:val="20"/>
        </w:rPr>
        <w:t>Betreff: Bewerbung um einen Kleingarten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bewerbe ich mich um die Zuteilung eines Kleingartens in Ihrem Verein. Im Folgenden finden Sie meine persönlichen Angaben:</w:t>
      </w:r>
    </w:p>
    <w:p/>
    <w:p>
      <w:r>
        <w:rPr>
          <w:b w:val="0"/>
          <w:sz w:val="20"/>
        </w:rPr>
        <w:t>Name, Vorname : ________________________________________________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</w:t>
      </w:r>
    </w:p>
    <w:p>
      <w:r>
        <w:rPr>
          <w:b w:val="0"/>
          <w:sz w:val="20"/>
        </w:rPr>
        <w:t>E-Mail-Adresse : _______________________________________________</w:t>
      </w:r>
    </w:p>
    <w:p/>
    <w:p>
      <w:r>
        <w:rPr>
          <w:b/>
          <w:sz w:val="20"/>
        </w:rPr>
        <w:t>Motivation für die Gartennutzung :</w:t>
      </w:r>
    </w:p>
    <w:p>
      <w:r>
        <w:rPr>
          <w:b w:val="0"/>
          <w:sz w:val="20"/>
        </w:rPr>
        <w:t>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</w:t>
      </w:r>
    </w:p>
    <w:p/>
    <w:p>
      <w:r>
        <w:rPr>
          <w:b w:val="0"/>
          <w:sz w:val="20"/>
        </w:rPr>
        <w:t>Ich verpflichte mich, den Kleingarten entsprechend der Satzung des Vereins zu pflegen und die geltenden Regeln einzuhalten.</w:t>
      </w:r>
    </w:p>
    <w:p/>
    <w:p>
      <w:r>
        <w:rPr>
          <w:b/>
          <w:sz w:val="20"/>
        </w:rPr>
        <w:t>Mir ist bekannt, dass die Zuteilung eines Kleingartens vom Vorstand entschieden wird und keine Rechtsansprüche daraus entstehen.</w:t>
      </w:r>
    </w:p>
    <w:p/>
    <w:p>
      <w:r>
        <w:rPr>
          <w:b w:val="0"/>
          <w:sz w:val="20"/>
        </w:rPr>
        <w:t>Mit freundlichen Grüßen,</w:t>
      </w:r>
    </w:p>
    <w:p/>
    <w:p/>
    <w:p/>
    <w:p>
      <w:r>
        <w:rPr>
          <w:b w:val="0"/>
          <w:sz w:val="20"/>
        </w:rPr>
        <w:t>________________________________________</w:t>
      </w:r>
    </w:p>
    <w:p>
      <w:r>
        <w:rPr>
          <w:b w:val="0"/>
          <w:sz w:val="20"/>
        </w:rPr>
        <w:t>Unterschrift Bewerber/in</w:t>
      </w:r>
    </w:p>
    <w:p/>
    <w:p/>
    <w:p>
      <w:r>
        <w:rPr>
          <w:b w:val="0"/>
          <w:sz w:val="20"/>
        </w:rPr>
        <w:t>Ort : ___________________________________     Datum : 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Vorstand Kleingartenverein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Bewerber/in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https://schnellmuster.com/muster-bewerbung-kleingarten/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muster-bewerbung-kleingarten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