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MITTEILUNG ÜBER DIE BEENDIGUNG EINES BEFRISTETEN ARBEITSVERTRAGS</w:t>
      </w:r>
    </w:p>
    <w:p/>
    <w:p>
      <w:r>
        <w:rPr>
          <w:b w:val="0"/>
          <w:sz w:val="20"/>
        </w:rPr>
        <w:t>An:</w:t>
      </w:r>
    </w:p>
    <w:p>
      <w:r>
        <w:rPr>
          <w:b w:val="0"/>
          <w:sz w:val="20"/>
        </w:rPr>
        <w:t>Vor- und Nachname des Arbeitnehmers : ____________________________________</w:t>
      </w:r>
    </w:p>
    <w:p>
      <w:r>
        <w:rPr>
          <w:b w:val="0"/>
          <w:sz w:val="20"/>
        </w:rPr>
        <w:t>Anschrift : _______________________________________________________________</w:t>
      </w:r>
    </w:p>
    <w:p/>
    <w:p>
      <w:r>
        <w:rPr>
          <w:b w:val="0"/>
          <w:sz w:val="20"/>
        </w:rPr>
        <w:t>Von:</w:t>
      </w:r>
    </w:p>
    <w:p>
      <w:r>
        <w:rPr>
          <w:b w:val="0"/>
          <w:sz w:val="20"/>
        </w:rPr>
        <w:t>Vor- und Nachname des Arbeitgebers : _____________________________________</w:t>
      </w:r>
    </w:p>
    <w:p>
      <w:r>
        <w:rPr>
          <w:b w:val="0"/>
          <w:sz w:val="20"/>
        </w:rPr>
        <w:t>Anschrift : _______________________________________________________________</w:t>
      </w:r>
    </w:p>
    <w:p/>
    <w:p>
      <w:r>
        <w:rPr>
          <w:b w:val="0"/>
          <w:sz w:val="20"/>
        </w:rPr>
        <w:t>Sehr geehrte(r) Frau/Herr ___________________________,</w:t>
      </w:r>
    </w:p>
    <w:p/>
    <w:p>
      <w:r>
        <w:rPr>
          <w:b w:val="0"/>
          <w:sz w:val="20"/>
        </w:rPr>
        <w:t>hiermit teilen wir Ihnen mit, dass Ihr befristeter Arbeitsvertrag, abgeschlossen am ____________________, fristgemäß endet und nicht verlängert wird.</w:t>
      </w:r>
    </w:p>
    <w:p/>
    <w:p>
      <w:r>
        <w:rPr>
          <w:b w:val="0"/>
          <w:sz w:val="20"/>
        </w:rPr>
        <w:t>Der Arbeitsvertrag endet damit am vereinbarten Beendigungsdatum ohne dass es einer Kündigung bedarf.</w:t>
      </w:r>
    </w:p>
    <w:p/>
    <w:p>
      <w:r>
        <w:rPr>
          <w:b w:val="0"/>
          <w:sz w:val="20"/>
        </w:rPr>
        <w:t>Bitte beachten Sie, dass Ihnen alle Ihnen zustehenden Ansprüche, wie z. B. Gehaltszahlungen oder Urlaubsabgeltung, bis zum Vertragsende vollständig gezahlt werden.</w:t>
      </w:r>
    </w:p>
    <w:p/>
    <w:p>
      <w:r>
        <w:rPr>
          <w:b w:val="0"/>
          <w:sz w:val="20"/>
        </w:rPr>
        <w:t>Wir bedanken uns für die vertrauensvolle Zusammenarbeit und wünschen Ihnen für Ihre berufliche und private Zukunft alles Gute.</w:t>
      </w:r>
    </w:p>
    <w:p/>
    <w:p/>
    <w:p>
      <w:r>
        <w:rPr>
          <w:b w:val="0"/>
          <w:sz w:val="20"/>
        </w:rPr>
        <w:t>Mit freundlichen Grüßen,</w:t>
      </w:r>
    </w:p>
    <w:p/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Arbeitgeber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Arbeitnehmer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https://schnellmuster.com/mitteilung-beendigung-befristeter-arbeitsvertrag-muster/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https://schnellmuster.com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schnellmuster.com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schnellmuster.com/mitteilung-beendigung-befristeter-arbeitsvertrag-muster/" TargetMode="External"/><Relationship Id="rId10" Type="http://schemas.openxmlformats.org/officeDocument/2006/relationships/hyperlink" Target="https://schnellmuste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