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MIETZAHLUNGSBESTÄTIGUNG</w:t>
      </w:r>
    </w:p>
    <w:p/>
    <w:p>
      <w:r>
        <w:rPr>
          <w:b/>
          <w:sz w:val="20"/>
        </w:rPr>
        <w:t>Angaben des Vermieters 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Mieters 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zum Mietobjekt :</w:t>
      </w:r>
    </w:p>
    <w:p>
      <w:r>
        <w:rPr>
          <w:b w:val="0"/>
          <w:sz w:val="20"/>
        </w:rPr>
        <w:t>Adresse : ______________________________________________________________</w:t>
      </w:r>
    </w:p>
    <w:p>
      <w:r>
        <w:rPr>
          <w:b w:val="0"/>
          <w:sz w:val="20"/>
        </w:rPr>
        <w:t>Art der Mietwohnung : _________________________________________________</w:t>
      </w:r>
    </w:p>
    <w:p>
      <w:r>
        <w:rPr>
          <w:b w:val="0"/>
          <w:sz w:val="20"/>
        </w:rPr>
        <w:t>Wohnfläche : ____________________ m²</w:t>
      </w:r>
    </w:p>
    <w:p/>
    <w:p>
      <w:r>
        <w:rPr>
          <w:b/>
          <w:sz w:val="20"/>
        </w:rPr>
        <w:t>Bestätigung der Mietzahlung :</w:t>
      </w:r>
    </w:p>
    <w:p>
      <w:r>
        <w:rPr>
          <w:b w:val="0"/>
          <w:sz w:val="20"/>
        </w:rPr>
        <w:t>Hiermit bestätigt der Vermieter, dass der Mieter die Miete für die Mieträume gemäß Mietvertrag in Höhe von ____________________ EUR pro Monat vollständig und fristgerecht gezahlt hat.</w:t>
      </w:r>
    </w:p>
    <w:p>
      <w:r>
        <w:rPr>
          <w:b w:val="0"/>
          <w:sz w:val="20"/>
        </w:rPr>
        <w:t>Die Zahlungen erfolgten ordnungsgemäß und ohne Beanstandungen.</w:t>
      </w:r>
    </w:p>
    <w:p/>
    <w:p>
      <w:r>
        <w:rPr>
          <w:b/>
          <w:sz w:val="20"/>
        </w:rPr>
        <w:t>Grundlage der Zahlung :</w:t>
      </w:r>
    </w:p>
    <w:p>
      <w:r>
        <w:rPr>
          <w:b w:val="0"/>
          <w:sz w:val="20"/>
        </w:rPr>
        <w:t>Mietvertrag vom ________________________________________________________</w:t>
      </w:r>
    </w:p>
    <w:p/>
    <w:p>
      <w:r>
        <w:rPr>
          <w:b/>
          <w:sz w:val="20"/>
        </w:rPr>
        <w:t>Hinweise :</w:t>
      </w:r>
    </w:p>
    <w:p>
      <w:r>
        <w:rPr>
          <w:b w:val="0"/>
          <w:sz w:val="20"/>
        </w:rPr>
        <w:t>Diese Mietzahlungsbestätigung dient als Nachweis für geleistete Mietzahlungen und ersetzt nicht den Mietvertrag.</w:t>
      </w:r>
    </w:p>
    <w:p>
      <w:r>
        <w:rPr>
          <w:b w:val="0"/>
          <w:sz w:val="20"/>
        </w:rPr>
        <w:t>Sie wurde ohne Gewähr für andere Zwecke ausgestellt.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>
      <w:r>
        <w:rPr>
          <w:b/>
          <w:sz w:val="20"/>
        </w:rPr>
        <w:t>Unterschrift Vermieter :</w:t>
      </w:r>
    </w:p>
    <w:p>
      <w:r>
        <w:rPr>
          <w:b w:val="0"/>
          <w:sz w:val="20"/>
        </w:rPr>
        <w:br/>
        <w:br/>
        <w:t>______________________________</w:t>
      </w:r>
    </w:p>
    <w:p/>
    <w:p/>
    <w:p>
      <w:r>
        <w:rPr>
          <w:b/>
          <w:sz w:val="20"/>
        </w:rPr>
        <w:t>Unterschrift Mieter (zur Kenntnisnahme) :</w:t>
      </w:r>
    </w:p>
    <w:p>
      <w:r>
        <w:rPr>
          <w:b w:val="0"/>
          <w:sz w:val="20"/>
        </w:rPr>
        <w:br/>
        <w:br/>
        <w:t>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https://schnellmuster.com/mietzahlungsbestatigungen/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mietzahlungsbestatigungen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