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MIETVERTRAG AUF LEBENSZEIT</w:t>
      </w:r>
    </w:p>
    <w:p/>
    <w:p>
      <w:r>
        <w:rPr>
          <w:b/>
          <w:sz w:val="20"/>
        </w:rPr>
        <w:t>Angaben des Vermieters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des Mieters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zum Mietobjekt :</w:t>
      </w:r>
    </w:p>
    <w:p>
      <w:r>
        <w:rPr>
          <w:b w:val="0"/>
          <w:sz w:val="20"/>
        </w:rPr>
        <w:t>Adresse : ____________________________________________________________</w:t>
      </w:r>
    </w:p>
    <w:p>
      <w:r>
        <w:rPr>
          <w:b w:val="0"/>
          <w:sz w:val="20"/>
        </w:rPr>
        <w:t>Art der Mieträume : _________________________________________________</w:t>
      </w:r>
    </w:p>
    <w:p>
      <w:r>
        <w:rPr>
          <w:b w:val="0"/>
          <w:sz w:val="20"/>
        </w:rPr>
        <w:t>Größe : ________________ m²</w:t>
      </w:r>
    </w:p>
    <w:p>
      <w:r>
        <w:rPr>
          <w:b w:val="0"/>
          <w:sz w:val="20"/>
        </w:rPr>
        <w:t>Ausstattung : _______________________________________________________</w:t>
      </w:r>
    </w:p>
    <w:p/>
    <w:p>
      <w:r>
        <w:rPr>
          <w:b/>
          <w:sz w:val="20"/>
        </w:rPr>
        <w:t>Mietzins und Nebenkosten :</w:t>
      </w:r>
    </w:p>
    <w:p>
      <w:r>
        <w:rPr>
          <w:b w:val="0"/>
          <w:sz w:val="20"/>
        </w:rPr>
        <w:t>Monatlicher Mietzins : _________________ EUR</w:t>
      </w:r>
    </w:p>
    <w:p>
      <w:r>
        <w:rPr>
          <w:b w:val="0"/>
          <w:sz w:val="20"/>
        </w:rPr>
        <w:t>Nebenkosten (falls zutreffend) : ____________________________________</w:t>
      </w:r>
    </w:p>
    <w:p/>
    <w:p>
      <w:r>
        <w:rPr>
          <w:b/>
          <w:sz w:val="20"/>
        </w:rPr>
        <w:t>§ 1 – Vertragsgegenstand</w:t>
      </w:r>
    </w:p>
    <w:p>
      <w:r>
        <w:rPr>
          <w:b w:val="0"/>
          <w:sz w:val="20"/>
        </w:rPr>
        <w:t>Der Vermieter vermietet an den Mieter das oben beschriebene Mietobjekt auf Lebenszeit. Der Mieter erwirbt das Recht zur Nutzung der Mieträume für die Dauer seines Lebens.</w:t>
      </w:r>
    </w:p>
    <w:p/>
    <w:p>
      <w:r>
        <w:rPr>
          <w:b/>
          <w:sz w:val="20"/>
        </w:rPr>
        <w:t>§ 2 – Mietbeginn und Vertragsdauer</w:t>
      </w:r>
    </w:p>
    <w:p>
      <w:r>
        <w:rPr>
          <w:b w:val="0"/>
          <w:sz w:val="20"/>
        </w:rPr>
        <w:t>Der Vertrag beginnt mit Unterzeichnung und läuft auf unbestimmte Zeit, endet jedoch mit dem Tod des Mieters. Eine ordentliche Kündigung ist ausgeschlossen.</w:t>
      </w:r>
    </w:p>
    <w:p/>
    <w:p>
      <w:r>
        <w:rPr>
          <w:b/>
          <w:sz w:val="20"/>
        </w:rPr>
        <w:t>§ 3 – Mietzinszahlung</w:t>
      </w:r>
    </w:p>
    <w:p>
      <w:r>
        <w:rPr>
          <w:b w:val="0"/>
          <w:sz w:val="20"/>
        </w:rPr>
        <w:t>Der Mietzins ist monatlich im Voraus, spätestens bis zum dritten Werktag eines Monats, auf das vom Vermieter benannte Konto zu zahlen.</w:t>
      </w:r>
    </w:p>
    <w:p/>
    <w:p>
      <w:r>
        <w:rPr>
          <w:b/>
          <w:sz w:val="20"/>
        </w:rPr>
        <w:t>§ 4 – Instandhaltung und Reparaturen</w:t>
      </w:r>
    </w:p>
    <w:p>
      <w:r>
        <w:rPr>
          <w:b w:val="0"/>
          <w:sz w:val="20"/>
        </w:rPr>
        <w:t>Der Vermieter trägt die Kosten für notwendige Instandhaltungen und Reparaturen, die nicht durch unsachgemäßen Gebrauch verursacht wurden. Der Mieter verpflichtet sich, die Mieträume pfleglich zu behandeln.</w:t>
      </w:r>
    </w:p>
    <w:p/>
    <w:p>
      <w:r>
        <w:rPr>
          <w:b/>
          <w:sz w:val="20"/>
        </w:rPr>
        <w:t>§ 5 – Untervermietung</w:t>
      </w:r>
    </w:p>
    <w:p>
      <w:r>
        <w:rPr>
          <w:b w:val="0"/>
          <w:sz w:val="20"/>
        </w:rPr>
        <w:t>Eine Untervermietung oder sonstige Gebrauchsüberlassung an Dritte bedarf der vorherigen schriftlichen Zustimmung des Vermieters.</w:t>
      </w:r>
    </w:p>
    <w:p/>
    <w:p>
      <w:r>
        <w:rPr>
          <w:b/>
          <w:sz w:val="20"/>
        </w:rPr>
        <w:t>§ 6 – Beendigung des Vertragsverhältnisses</w:t>
      </w:r>
    </w:p>
    <w:p>
      <w:r>
        <w:rPr>
          <w:b w:val="0"/>
          <w:sz w:val="20"/>
        </w:rPr>
        <w:t>Der Vertrag endet mit dem Tod des Mieters. Eine vorzeitige ordentliche Kündigung ist ausgeschlossen. Eine außerordentliche Kündigung aus wichtigem Grund bleibt hiervon unberührt.</w:t>
      </w:r>
    </w:p>
    <w:p/>
    <w:p>
      <w:r>
        <w:rPr>
          <w:b/>
          <w:sz w:val="20"/>
        </w:rPr>
        <w:t>§ 7 – Sonstige Vereinbarungen</w:t>
      </w:r>
    </w:p>
    <w:p>
      <w:r>
        <w:rPr>
          <w:b w:val="0"/>
          <w:sz w:val="20"/>
        </w:rPr>
        <w:t>Weitere Vereinbarungen zwischen den Parteien sind schriftlich festzuhalten und Bestandteil dieses Vertrages.</w:t>
      </w:r>
    </w:p>
    <w:p/>
    <w:p>
      <w:r>
        <w:rPr>
          <w:b/>
          <w:sz w:val="20"/>
        </w:rPr>
        <w:t>§ 8 – Schlussbestimmungen</w:t>
      </w:r>
    </w:p>
    <w:p>
      <w:r>
        <w:rPr>
          <w:b w:val="0"/>
          <w:sz w:val="20"/>
        </w:rPr>
        <w:t>Sollten einzelne Bestimmungen dieses Vertrages unwirksam sein, bleibt die Wirksamkeit der übrigen Bestimmungen unberührt. Änderungen und Ergänzungen dieses Vertrages bedürfen der Schriftform.</w:t>
      </w:r>
    </w:p>
    <w:p/>
    <w:p/>
    <w:p>
      <w:r>
        <w:rPr>
          <w:b w:val="0"/>
          <w:sz w:val="20"/>
        </w:rPr>
        <w:t>Ort : _________________________________________________________</w:t>
      </w:r>
    </w:p>
    <w:p>
      <w:r>
        <w:rPr>
          <w:b w:val="0"/>
          <w:sz w:val="20"/>
        </w:rPr>
        <w:t>Datum : 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VERMIETER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MIETER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https://schnellmuster.com/mietvertrag-auf-lebenszeit-mustervertrag/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mietvertrag-auf-lebenszeit-mustervertrag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