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MASSNAHMENPLAN</w:t>
      </w:r>
    </w:p>
    <w:p/>
    <w:p>
      <w:r>
        <w:rPr>
          <w:b/>
          <w:sz w:val="20"/>
        </w:rPr>
        <w:t>Zweck des Maßnahmenplans :</w:t>
      </w:r>
    </w:p>
    <w:p>
      <w:r>
        <w:rPr>
          <w:b w:val="0"/>
          <w:sz w:val="20"/>
        </w:rPr>
        <w:t>Dieser Maßnahmenplan dient der systematischen Erfassung und Umsetzung erforderlicher Schritte zur Zielerreichung. Alle Maßnahmen sind klar definiert und Verantwortlichkeiten zugeordnet.</w:t>
      </w:r>
    </w:p>
    <w:p/>
    <w:p>
      <w:r>
        <w:rPr>
          <w:b/>
          <w:sz w:val="20"/>
        </w:rPr>
        <w:t>Verantwortliche Person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Abteilung : 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</w:t>
      </w:r>
    </w:p>
    <w:p/>
    <w:p>
      <w:r>
        <w:rPr>
          <w:b/>
          <w:sz w:val="20"/>
        </w:rPr>
        <w:t>Übersicht der Maßnahmen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Maßnahme</w:t>
            </w:r>
          </w:p>
        </w:tc>
        <w:tc>
          <w:tcPr>
            <w:tcW w:type="dxa" w:w="2493"/>
          </w:tcPr>
          <w:p>
            <w:r>
              <w:t>Beschreibung</w:t>
            </w:r>
          </w:p>
        </w:tc>
        <w:tc>
          <w:tcPr>
            <w:tcW w:type="dxa" w:w="2493"/>
          </w:tcPr>
          <w:p>
            <w:r>
              <w:t>Verantwortlich</w:t>
            </w:r>
          </w:p>
        </w:tc>
        <w:tc>
          <w:tcPr>
            <w:tcW w:type="dxa" w:w="2493"/>
          </w:tcPr>
          <w:p>
            <w:r>
              <w:t>Status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</w:tr>
    </w:tbl>
    <w:p/>
    <w:p>
      <w:r>
        <w:rPr>
          <w:b/>
          <w:sz w:val="20"/>
        </w:rPr>
        <w:t>Beschreibung der einzelnen Maßnahmen :</w:t>
      </w:r>
    </w:p>
    <w:p>
      <w:r>
        <w:rPr>
          <w:b/>
          <w:sz w:val="20"/>
        </w:rPr>
        <w:t>1. Maßnahme 1</w:t>
      </w:r>
    </w:p>
    <w:p>
      <w:r>
        <w:rPr>
          <w:b w:val="0"/>
          <w:sz w:val="20"/>
        </w:rPr>
        <w:t>Beschreibung : _____________________________________________________________</w:t>
      </w:r>
    </w:p>
    <w:p>
      <w:r>
        <w:rPr>
          <w:b w:val="0"/>
          <w:sz w:val="20"/>
        </w:rPr>
        <w:t>Verantwortlich : ____________________________________________________________</w:t>
      </w:r>
    </w:p>
    <w:p>
      <w:r>
        <w:rPr>
          <w:b w:val="0"/>
          <w:sz w:val="20"/>
        </w:rPr>
        <w:t>Zeitplan : _________________________________________________________________</w:t>
      </w:r>
    </w:p>
    <w:p>
      <w:r>
        <w:rPr>
          <w:b w:val="0"/>
          <w:sz w:val="20"/>
        </w:rPr>
        <w:t>Status : ___________________________________________________________________</w:t>
      </w:r>
    </w:p>
    <w:p/>
    <w:p>
      <w:r>
        <w:rPr>
          <w:b/>
          <w:sz w:val="20"/>
        </w:rPr>
        <w:t>2. Maßnahme 2</w:t>
      </w:r>
    </w:p>
    <w:p>
      <w:r>
        <w:rPr>
          <w:b w:val="0"/>
          <w:sz w:val="20"/>
        </w:rPr>
        <w:t>Beschreibung : _____________________________________________________________</w:t>
      </w:r>
    </w:p>
    <w:p>
      <w:r>
        <w:rPr>
          <w:b w:val="0"/>
          <w:sz w:val="20"/>
        </w:rPr>
        <w:t>Verantwortlich : ____________________________________________________________</w:t>
      </w:r>
    </w:p>
    <w:p>
      <w:r>
        <w:rPr>
          <w:b w:val="0"/>
          <w:sz w:val="20"/>
        </w:rPr>
        <w:t>Zeitplan : _________________________________________________________________</w:t>
      </w:r>
    </w:p>
    <w:p>
      <w:r>
        <w:rPr>
          <w:b w:val="0"/>
          <w:sz w:val="20"/>
        </w:rPr>
        <w:t>Status : ___________________________________________________________________</w:t>
      </w:r>
    </w:p>
    <w:p/>
    <w:p>
      <w:r>
        <w:rPr>
          <w:b/>
          <w:sz w:val="20"/>
        </w:rPr>
        <w:t>3. Maßnahme 3</w:t>
      </w:r>
    </w:p>
    <w:p>
      <w:r>
        <w:rPr>
          <w:b w:val="0"/>
          <w:sz w:val="20"/>
        </w:rPr>
        <w:t>Beschreibung : _____________________________________________________________</w:t>
      </w:r>
    </w:p>
    <w:p>
      <w:r>
        <w:rPr>
          <w:b w:val="0"/>
          <w:sz w:val="20"/>
        </w:rPr>
        <w:t>Verantwortlich : ____________________________________________________________</w:t>
      </w:r>
    </w:p>
    <w:p>
      <w:r>
        <w:rPr>
          <w:b w:val="0"/>
          <w:sz w:val="20"/>
        </w:rPr>
        <w:t>Zeitplan : _________________________________________________________________</w:t>
      </w:r>
    </w:p>
    <w:p>
      <w:r>
        <w:rPr>
          <w:b w:val="0"/>
          <w:sz w:val="20"/>
        </w:rPr>
        <w:t>Status : ___________________________________________________________________</w:t>
      </w:r>
    </w:p>
    <w:p/>
    <w:p>
      <w:r>
        <w:rPr>
          <w:b/>
          <w:sz w:val="20"/>
        </w:rPr>
        <w:t>Hinweise zur Umsetzung :</w:t>
      </w:r>
    </w:p>
    <w:p>
      <w:r>
        <w:rPr>
          <w:b w:val="0"/>
          <w:sz w:val="20"/>
        </w:rPr>
        <w:t>Alle Maßnahmen sind sorgfältig zu dokumentieren und regelmäßig auf Fortschritt und Qualität zu überprüfen. Änderungen sind schriftlich festzuhalten und von der verantwortlichen Person freizugeben.</w:t>
      </w:r>
    </w:p>
    <w:p/>
    <w:p>
      <w:r>
        <w:rPr>
          <w:b/>
          <w:sz w:val="20"/>
        </w:rPr>
        <w:t>Vertraulichkeit :</w:t>
      </w:r>
    </w:p>
    <w:p>
      <w:r>
        <w:rPr>
          <w:b w:val="0"/>
          <w:sz w:val="20"/>
        </w:rPr>
        <w:t>Dieser Maßnahmenplan enthält vertrauliche Informationen und ist nur für die vorgesehenen Personen bestimmt. Eine Weitergabe an unbefugte Dritte ist untersagt.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Name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 Person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Freigabe durch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https://schnellmuster.com/masssnahmenplan-sis-vorlage/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masssnahmenplan-sis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