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LUFTFRACHTBRIEF (AWB)</w:t>
      </w:r>
    </w:p>
    <w:p/>
    <w:p>
      <w:r>
        <w:rPr>
          <w:b/>
          <w:sz w:val="20"/>
        </w:rPr>
        <w:t>Absender (Shipper) :</w:t>
      </w:r>
    </w:p>
    <w:p>
      <w:r>
        <w:rPr>
          <w:b w:val="0"/>
          <w:sz w:val="20"/>
        </w:rPr>
        <w:t>Name / Firma : 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_________________________________________________________________</w:t>
      </w:r>
    </w:p>
    <w:p/>
    <w:p>
      <w:r>
        <w:rPr>
          <w:b/>
          <w:sz w:val="20"/>
        </w:rPr>
        <w:t>Empfänger (Consignee) :</w:t>
      </w:r>
    </w:p>
    <w:p>
      <w:r>
        <w:rPr>
          <w:b w:val="0"/>
          <w:sz w:val="20"/>
        </w:rPr>
        <w:t>Name / Firma : ____________________________________________________________</w:t>
      </w:r>
    </w:p>
    <w:p>
      <w:r>
        <w:rPr>
          <w:b w:val="0"/>
          <w:sz w:val="20"/>
        </w:rPr>
        <w:t>Adresse : _________________________________________________________________</w:t>
      </w:r>
    </w:p>
    <w:p>
      <w:r>
        <w:rPr>
          <w:b w:val="0"/>
          <w:sz w:val="20"/>
        </w:rPr>
        <w:t>Telefon : _________________________________________________________________</w:t>
      </w:r>
    </w:p>
    <w:p/>
    <w:p>
      <w:r>
        <w:rPr>
          <w:b/>
          <w:sz w:val="20"/>
        </w:rPr>
        <w:t>Fluggesellschaft (Carrier) :</w:t>
      </w:r>
    </w:p>
    <w:p>
      <w:r>
        <w:rPr>
          <w:b w:val="0"/>
          <w:sz w:val="20"/>
        </w:rPr>
        <w:t>Name : _________________________________________________________________</w:t>
      </w:r>
    </w:p>
    <w:p>
      <w:r>
        <w:rPr>
          <w:b w:val="0"/>
          <w:sz w:val="20"/>
        </w:rPr>
        <w:t>Flugnummer : _____________________________________________________________</w:t>
      </w:r>
    </w:p>
    <w:p>
      <w:r>
        <w:rPr>
          <w:b w:val="0"/>
          <w:sz w:val="20"/>
        </w:rPr>
        <w:t>Abflugort : _______________________________ Zielort : _____________________</w:t>
      </w:r>
    </w:p>
    <w:p/>
    <w:p>
      <w:r>
        <w:rPr>
          <w:b/>
          <w:sz w:val="20"/>
        </w:rPr>
        <w:t>Flugfrachtinformationen :</w:t>
      </w:r>
    </w:p>
    <w:p>
      <w:r>
        <w:rPr>
          <w:b w:val="0"/>
          <w:sz w:val="20"/>
        </w:rPr>
        <w:t>Flugfrachtbriefnummer : _______________________________________________</w:t>
      </w:r>
    </w:p>
    <w:p>
      <w:r>
        <w:rPr>
          <w:b w:val="0"/>
          <w:sz w:val="20"/>
        </w:rPr>
        <w:t>Flugzeugtyp : ___________________________________________________________</w:t>
      </w:r>
    </w:p>
    <w:p>
      <w:r>
        <w:rPr>
          <w:b w:val="0"/>
          <w:sz w:val="20"/>
        </w:rPr>
        <w:t>Bruttogewicht (kg) : ___________________ Anzahl der Packstücke : __________</w:t>
      </w:r>
    </w:p>
    <w:p>
      <w:r>
        <w:rPr>
          <w:b w:val="0"/>
          <w:sz w:val="20"/>
        </w:rPr>
        <w:t>Volumen (m³) : __________________________________________________________</w:t>
      </w:r>
    </w:p>
    <w:p/>
    <w:p>
      <w:r>
        <w:rPr>
          <w:b/>
          <w:sz w:val="20"/>
        </w:rPr>
        <w:t>Beschreibung der Ware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Verpackung und besondere Hinweise :</w:t>
      </w:r>
    </w:p>
    <w:p>
      <w:r>
        <w:rPr>
          <w:b w:val="0"/>
          <w:sz w:val="20"/>
        </w:rPr>
        <w:t>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</w:t>
      </w:r>
    </w:p>
    <w:p/>
    <w:p>
      <w:r>
        <w:rPr>
          <w:b/>
          <w:sz w:val="20"/>
        </w:rPr>
        <w:t>Frachtkosten und Zahlungsbedingungen :</w:t>
      </w:r>
    </w:p>
    <w:p>
      <w:r>
        <w:rPr>
          <w:b w:val="0"/>
          <w:sz w:val="20"/>
        </w:rPr>
        <w:t>Frachtkosten : ______________________ EUR</w:t>
      </w:r>
    </w:p>
    <w:p>
      <w:r>
        <w:rPr>
          <w:b w:val="0"/>
          <w:sz w:val="20"/>
        </w:rPr>
        <w:t>Zahlungsweise : __________________________________________________________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Luftfrachtbrief dokumentiert den Beförderungsvertrag zwischen Absender und Fluggesellschaft. Die Fluggesellschaft verpflichtet sich, die beschriebenen Güter an den Empfänger zu liefern.</w:t>
      </w:r>
    </w:p>
    <w:p/>
    <w:p>
      <w:r>
        <w:rPr>
          <w:b/>
          <w:sz w:val="20"/>
        </w:rPr>
        <w:t>§ 2 – Haftung der Fluggesellschaft</w:t>
      </w:r>
    </w:p>
    <w:p>
      <w:r>
        <w:rPr>
          <w:b w:val="0"/>
          <w:sz w:val="20"/>
        </w:rPr>
        <w:t>Die Haftung der Fluggesellschaft richtet sich nach den geltenden deutschen und internationalen Rechtsvorschriften, insbesondere dem Montrealer Übereinkommen.</w:t>
      </w:r>
    </w:p>
    <w:p/>
    <w:p>
      <w:r>
        <w:rPr>
          <w:b/>
          <w:sz w:val="20"/>
        </w:rPr>
        <w:t>§ 3 – Pflichten des Absenders</w:t>
      </w:r>
    </w:p>
    <w:p>
      <w:r>
        <w:rPr>
          <w:b w:val="0"/>
          <w:sz w:val="20"/>
        </w:rPr>
        <w:t>Der Absender garantiert, dass die angelieferten Güter korrekt beschrieben, ordnungsgemäß verpackt und frei von verbotenen oder gefährlichen Stoffen sind.</w:t>
      </w:r>
    </w:p>
    <w:p/>
    <w:p>
      <w:r>
        <w:rPr>
          <w:b/>
          <w:sz w:val="20"/>
        </w:rPr>
        <w:t>§ 4 – Gefahrübergang</w:t>
      </w:r>
    </w:p>
    <w:p>
      <w:r>
        <w:rPr>
          <w:b w:val="0"/>
          <w:sz w:val="20"/>
        </w:rPr>
        <w:t>Das Risiko geht mit der Annahme der Güter durch die Fluggesellschaft über; die Beförderung erfolgt unter Zugrundelegung der anerkannten Beförderungsbedingungen.</w:t>
      </w:r>
    </w:p>
    <w:p/>
    <w:p>
      <w:r>
        <w:rPr>
          <w:b/>
          <w:sz w:val="20"/>
        </w:rPr>
        <w:t>§ 5 – Sonstige Bestimmungen</w:t>
      </w:r>
    </w:p>
    <w:p>
      <w:r>
        <w:rPr>
          <w:b w:val="0"/>
          <w:sz w:val="20"/>
        </w:rPr>
        <w:t>Änderungen oder Ergänzungen dieses Luftfrachtbriefs bedürfen der Schriftform. Gerichtsstand ist, soweit zulässig, der Sitz der Fluggesellschaft.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ABGEBER (Shipper)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FLUGGESELLSCHAFT (Carrier)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https://schnellmuster.com/luftfrachtbrief-vorlage/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https://schnellmuster.com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schnellmuster.com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schnellmuster.com/luftfrachtbrief-vorlage/" TargetMode="External"/><Relationship Id="rId10" Type="http://schemas.openxmlformats.org/officeDocument/2006/relationships/hyperlink" Target="https://schnellmuste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