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LOHNBUCHHALTUNGSVEREINBARUNG</w:t>
      </w:r>
    </w:p>
    <w:p/>
    <w:p>
      <w:r>
        <w:rPr>
          <w:b w:val="0"/>
          <w:sz w:val="20"/>
        </w:rPr>
        <w:t>Lohnbuchhaltung</w:t>
      </w:r>
    </w:p>
    <w:p>
      <w:r>
        <w:rPr>
          <w:b w:val="0"/>
          <w:sz w:val="20"/>
        </w:rPr>
        <w:t>Firma Lohidienst GmbH</w:t>
      </w:r>
    </w:p>
    <w:p>
      <w:r>
        <w:rPr>
          <w:b w:val="0"/>
          <w:sz w:val="20"/>
        </w:rPr>
        <w:t>Musterstraße 1</w:t>
      </w:r>
    </w:p>
    <w:p>
      <w:r>
        <w:rPr>
          <w:b w:val="0"/>
          <w:sz w:val="20"/>
        </w:rPr>
        <w:t>12345 Musterstadt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der Lohnbuchhaltungsvereinbarung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die mit Ihnen bestehende Vereinbarung zur Lohnbuchhaltung zum nächstmöglichen Zeitpunkt ordentlich.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>
      <w:r>
        <w:rPr>
          <w:b w:val="0"/>
          <w:sz w:val="20"/>
        </w:rPr>
        <w:t>Ich bitte Sie, alle im Rahmen der Vereinbarung verwalteten Unterlagen und Daten nach Vertragsende an mich zurückzugeben oder sicher zu löschen.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https://schnellmuster.com/lohi-kundigung-vorlage/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lohi-kundigun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