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LIEFERANTENERKLÄRUNG</w:t>
      </w:r>
    </w:p>
    <w:p/>
    <w:p>
      <w:r>
        <w:rPr>
          <w:b/>
          <w:sz w:val="20"/>
        </w:rPr>
        <w:t>Angaben zum Lieferanten :</w:t>
      </w:r>
    </w:p>
    <w:p>
      <w:r>
        <w:rPr>
          <w:b w:val="0"/>
          <w:sz w:val="20"/>
        </w:rPr>
        <w:t>Firmenname : _______________________________________________________________</w:t>
      </w:r>
    </w:p>
    <w:p>
      <w:r>
        <w:rPr>
          <w:b w:val="0"/>
          <w:sz w:val="20"/>
        </w:rPr>
        <w:t>Adresse : _________________________________________________________________</w:t>
      </w:r>
    </w:p>
    <w:p>
      <w:r>
        <w:rPr>
          <w:b w:val="0"/>
          <w:sz w:val="20"/>
        </w:rPr>
        <w:t>Telefonnummer : ___________________________________________________________</w:t>
      </w:r>
    </w:p>
    <w:p>
      <w:r>
        <w:rPr>
          <w:b w:val="0"/>
          <w:sz w:val="20"/>
        </w:rPr>
        <w:t>E-Mail : _________________________________________________________________</w:t>
      </w:r>
    </w:p>
    <w:p/>
    <w:p>
      <w:r>
        <w:rPr>
          <w:b/>
          <w:sz w:val="20"/>
        </w:rPr>
        <w:t>Angaben zum Produkt :</w:t>
      </w:r>
    </w:p>
    <w:p>
      <w:r>
        <w:rPr>
          <w:b w:val="0"/>
          <w:sz w:val="20"/>
        </w:rPr>
        <w:t>Produktbezeichnung : _____________________________________________________</w:t>
      </w:r>
    </w:p>
    <w:p>
      <w:r>
        <w:rPr>
          <w:b w:val="0"/>
          <w:sz w:val="20"/>
        </w:rPr>
        <w:t>Artikelnummer / Referenz : _________________________________________________</w:t>
      </w:r>
    </w:p>
    <w:p>
      <w:r>
        <w:rPr>
          <w:b w:val="0"/>
          <w:sz w:val="20"/>
        </w:rPr>
        <w:t>Menge : _________________________________________________________________</w:t>
      </w:r>
    </w:p>
    <w:p>
      <w:r>
        <w:rPr>
          <w:b w:val="0"/>
          <w:sz w:val="20"/>
        </w:rPr>
        <w:t>Herstellungsland : ________________________________________________________</w:t>
      </w:r>
    </w:p>
    <w:p/>
    <w:p>
      <w:r>
        <w:rPr>
          <w:b/>
          <w:sz w:val="20"/>
        </w:rPr>
        <w:t>Erklärung :</w:t>
      </w:r>
    </w:p>
    <w:p>
      <w:r>
        <w:rPr>
          <w:b w:val="0"/>
          <w:sz w:val="20"/>
        </w:rPr>
        <w:t>Hiermit bestätigt der Lieferant, dass die oben genannten Waren den geltenden deutschen und europäischen Vorschriften entsprechen und keine verbotenen Stoffe enthalten. Die Angaben zu Herkunft und Beschaffenheit der Ware sind nach bestem Wissen und Gewissen vollständig und korrekt.</w:t>
      </w:r>
    </w:p>
    <w:p/>
    <w:p>
      <w:r>
        <w:rPr>
          <w:b/>
          <w:sz w:val="20"/>
        </w:rPr>
        <w:t>Verpflichtungen des Lieferanten :</w:t>
      </w:r>
    </w:p>
    <w:p>
      <w:r>
        <w:rPr>
          <w:b w:val="0"/>
          <w:sz w:val="20"/>
        </w:rPr>
        <w:t>1. Der Lieferant garantiert die Einhaltung aller relevanten Sicherheits- und Umweltstandards.</w:t>
      </w:r>
    </w:p>
    <w:p>
      <w:r>
        <w:rPr>
          <w:b w:val="0"/>
          <w:sz w:val="20"/>
        </w:rPr>
        <w:t>2. Der Lieferant verpflichtet sich, bei Änderungen unverzüglich eine neue Erklärung abzugeben.</w:t>
      </w:r>
    </w:p>
    <w:p>
      <w:r>
        <w:rPr>
          <w:b w:val="0"/>
          <w:sz w:val="20"/>
        </w:rPr>
        <w:t>3. Der Lieferant stellt sicher, dass alle gelieferten Waren entsprechend den vereinbarten Spezifikationen geliefert werden.</w:t>
      </w:r>
    </w:p>
    <w:p/>
    <w:p>
      <w:r>
        <w:rPr>
          <w:b/>
          <w:sz w:val="20"/>
        </w:rPr>
        <w:t>Haftungsausschluss :</w:t>
      </w:r>
    </w:p>
    <w:p>
      <w:r>
        <w:rPr>
          <w:b w:val="0"/>
          <w:sz w:val="20"/>
        </w:rPr>
        <w:t>Der Lieferant haftet für Schäden, die durch fehlerhafte oder nicht den Vorgaben entsprechende Waren entstehen. Diese Erklärung entbindet den Lieferanten nicht von der Pflicht zur ordnungsgemäßen Leistung.</w:t>
      </w:r>
    </w:p>
    <w:p/>
    <w:p>
      <w:r>
        <w:rPr>
          <w:b/>
          <w:sz w:val="20"/>
        </w:rPr>
        <w:t>Schlussbestimmungen :</w:t>
      </w:r>
    </w:p>
    <w:p>
      <w:r>
        <w:rPr>
          <w:b w:val="0"/>
          <w:sz w:val="20"/>
        </w:rPr>
        <w:t>Sollten einzelne Bestimmungen dieser Erklärung unwirksam sein oder werden, so wird die Wirksamkeit der übrigen Bestimmungen hiervon nicht berührt. Änderungen und Ergänzungen bedürfen der Schriftform.</w:t>
      </w:r>
    </w:p>
    <w:p/>
    <w:p/>
    <w:p>
      <w:r>
        <w:rPr>
          <w:b w:val="0"/>
          <w:sz w:val="20"/>
        </w:rPr>
        <w:t>Ort : _________________________</w:t>
      </w:r>
    </w:p>
    <w:p>
      <w:r>
        <w:rPr>
          <w:b w:val="0"/>
          <w:sz w:val="20"/>
        </w:rPr>
        <w:t>Unterschrift : _________________________</w:t>
      </w:r>
    </w:p>
    <w:p>
      <w:r>
        <w:rPr>
          <w:b w:val="0"/>
          <w:sz w:val="20"/>
        </w:rPr>
        <w:t>Name (in Druckbuchstaben) : 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Lieferant</w:t>
            </w:r>
          </w:p>
        </w:tc>
        <w:tc>
          <w:tcPr>
            <w:tcW w:type="dxa" w:w="4986"/>
            <w:tcBorders>
              <w:top w:val="nil"/>
              <w:left w:val="nil"/>
              <w:bottom w:val="nil"/>
              <w:right w:val="nil"/>
              <w:insideH w:val="nil"/>
              <w:insideV w:val="nil"/>
            </w:tcBorders>
          </w:tcPr>
          <w:p>
            <w:pPr>
              <w:jc w:val="center"/>
            </w:pPr>
            <w:r>
              <w:t>Empfänger</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https://schnellmuster.com/lieferantenerklarung-muster-ausgefullt/</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https://schnellmuster.com</w:t>
        </w:r>
      </w:hyperlink>
    </w:p>
    <w:p>
      <w:pPr>
        <w:jc w:val="center"/>
      </w:pPr>
      <w:r>
        <w:rPr>
          <w:color w:val="808080"/>
          <w:sz w:val="20"/>
        </w:rPr>
        <w:t>Diese Vorlage ist ausschließlich für den persönlichen, nicht kommerziellen Gebrauch bestimmt.</w:t>
        <w:br/>
        <w:t>Bei Weitergabe oder Veröffentlichung ist die Nennung der Quelle verpflichtend. © schnellmuster.com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schnellmuster.com/lieferantenerklarung-muster-ausgefullt/" TargetMode="External"/><Relationship Id="rId10" Type="http://schemas.openxmlformats.org/officeDocument/2006/relationships/hyperlink" Target="https://schnellmust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