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WEGEN PENSIONIERUNG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Firma / Arbeitgeber : ______________________________________________</w:t>
      </w:r>
    </w:p>
    <w:p>
      <w:r>
        <w:rPr>
          <w:b w:val="0"/>
          <w:sz w:val="20"/>
        </w:rPr>
        <w:t>Abteilung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Arbeitsverhältnisses wegen Erreichens des Rentenalters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bestehendes Arbeitsverhältnis mit Ihrem Unternehmen ordentlich und fristgerecht aufgrund der bevorstehenden Pensionierung.</w:t>
      </w:r>
    </w:p>
    <w:p/>
    <w:p>
      <w:r>
        <w:rPr>
          <w:b w:val="0"/>
          <w:sz w:val="20"/>
        </w:rPr>
        <w:t>Ich danke Ihnen für die angenehme und erfolgreiche Zusammenarbeit in den vergangenen Jahren und bitte um eine schriftliche Bestätigung der Kündigung sowie um die Ausstellung eines qualifizierten Arbeitszeugnisses.</w:t>
      </w:r>
    </w:p>
    <w:p/>
    <w:p>
      <w:r>
        <w:rPr>
          <w:b w:val="0"/>
          <w:sz w:val="20"/>
        </w:rPr>
        <w:t>Für Rückfragen stehe ich Ihnen selbstverständlich gerne zur Verfügung.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https://schnellmuster.com/kundigung-wegen-pensionierung-musterbrief-schweiz/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undigung-wegen-pensionierung-musterbrief-schweiz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