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DER SEPA-LASTSCHRIFTMANDATS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: 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>
      <w:r>
        <w:rPr>
          <w:b w:val="0"/>
          <w:sz w:val="20"/>
        </w:rPr>
        <w:t>E-Mail : _____________________________________________________________</w:t>
      </w:r>
    </w:p>
    <w:p/>
    <w:p>
      <w:r>
        <w:rPr>
          <w:b/>
          <w:sz w:val="20"/>
        </w:rPr>
        <w:t>Empfänger / Zahlungsempfänger:</w:t>
      </w:r>
    </w:p>
    <w:p>
      <w:r>
        <w:rPr>
          <w:b w:val="0"/>
          <w:sz w:val="20"/>
        </w:rPr>
        <w:t>Name / Firma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Gläubiger-Identifikationsnummer : ____________________________________</w:t>
      </w:r>
    </w:p>
    <w:p>
      <w:r>
        <w:rPr>
          <w:b w:val="0"/>
          <w:sz w:val="20"/>
        </w:rPr>
        <w:t>Mandatsreferenz (falls bekannt) : _____________________________________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widerrufe ich das SEPA-Lastschriftmandat, das Sie berechtigt, Zahlungen von meinem Konto einzuziehen. Bitte beachten Sie, dass ab sofort keine weiteren Abbuchungen von meinem Konto erfolgen dürfen.</w:t>
      </w:r>
    </w:p>
    <w:p/>
    <w:p>
      <w:r>
        <w:rPr>
          <w:b w:val="0"/>
          <w:sz w:val="20"/>
        </w:rPr>
        <w:t>Bitte bestätigen Sie mir die Kündigung des Lastschriftmandats unverzüglich schriftlich.</w:t>
      </w:r>
    </w:p>
    <w:p/>
    <w:p>
      <w:r>
        <w:rPr>
          <w:b/>
          <w:sz w:val="20"/>
        </w:rPr>
        <w:t>Kontodaten:</w:t>
      </w:r>
    </w:p>
    <w:p>
      <w:r>
        <w:rPr>
          <w:b w:val="0"/>
          <w:sz w:val="20"/>
        </w:rPr>
        <w:t>Kontoinhaber : _______________________________________________________</w:t>
      </w:r>
    </w:p>
    <w:p>
      <w:r>
        <w:rPr>
          <w:b w:val="0"/>
          <w:sz w:val="20"/>
        </w:rPr>
        <w:t>IBAN : _______________________________________________________________</w:t>
      </w:r>
    </w:p>
    <w:p>
      <w:r>
        <w:rPr>
          <w:b w:val="0"/>
          <w:sz w:val="20"/>
        </w:rPr>
        <w:t>BIC : ________________________________________________________________</w:t>
      </w:r>
    </w:p>
    <w:p/>
    <w:p>
      <w:r>
        <w:rPr>
          <w:b/>
          <w:sz w:val="20"/>
        </w:rPr>
        <w:t>Rechtlicher Hinweis:</w:t>
      </w:r>
    </w:p>
    <w:p>
      <w:r>
        <w:rPr>
          <w:b w:val="0"/>
          <w:sz w:val="20"/>
        </w:rPr>
        <w:t>Gemäß § 675x Abs. 2 BGB ist das SEPA-Lastschriftmandat jederzeit mit Wirkung für die Zukunft widerrufbar.</w:t>
      </w:r>
    </w:p>
    <w:p/>
    <w:p>
      <w:r>
        <w:rPr>
          <w:b w:val="0"/>
          <w:sz w:val="20"/>
        </w:rPr>
        <w:t>Ort : _________________________________________________________________</w:t>
      </w:r>
    </w:p>
    <w:p>
      <w:r>
        <w:rPr>
          <w:b w:val="0"/>
          <w:sz w:val="20"/>
        </w:rPr>
        <w:t>Unterschrift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 / Zahlungsempfänger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https://schnellmuster.com/kundigung-sepa-lastschrift-vordruck/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kundigung-sepa-lastschrift-vordruck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