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PRAKTIKUMSVERTRAGS</w:t>
      </w:r>
    </w:p>
    <w:p/>
    <w:p/>
    <w:p>
      <w:r>
        <w:rPr>
          <w:b w:val="0"/>
          <w:sz w:val="20"/>
        </w:rPr>
        <w:t>Vor- und Nachname Praktikant : _______________________________________________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</w:t>
      </w:r>
    </w:p>
    <w:p/>
    <w:p>
      <w:r>
        <w:rPr>
          <w:b w:val="0"/>
          <w:sz w:val="20"/>
        </w:rPr>
        <w:t>Ausbildungsbetrieb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</w:t>
      </w:r>
    </w:p>
    <w:p/>
    <w:p/>
    <w:p>
      <w:r>
        <w:rPr>
          <w:b/>
          <w:sz w:val="20"/>
        </w:rPr>
        <w:t>Betreff: Kündigung des Praktikumsvertrags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meinen Praktikumsvertrag mit Ihrem Unternehmen ordentlich und fristgerecht zum nächstmöglichen Zeitpunkt.</w:t>
      </w:r>
    </w:p>
    <w:p/>
    <w:p>
      <w:r>
        <w:rPr>
          <w:b w:val="0"/>
          <w:sz w:val="20"/>
        </w:rPr>
        <w:t>Ich bitte Sie, mir den Erhalt dieser Kündigung sowie das Beendigungsdatum schriftlich zu bestätigen.</w:t>
      </w:r>
    </w:p>
    <w:p/>
    <w:p/>
    <w:p>
      <w:r>
        <w:rPr>
          <w:b w:val="0"/>
          <w:sz w:val="20"/>
        </w:rPr>
        <w:t>Mit freundlichen Grüßen,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</w:t>
      </w:r>
    </w:p>
    <w:p>
      <w:pPr>
        <w:jc w:val="center"/>
      </w:pPr>
      <w:r>
        <w:rPr>
          <w:b w:val="0"/>
          <w:sz w:val="20"/>
        </w:rPr>
        <w:t>Unterschrift Praktikant</w:t>
      </w:r>
    </w:p>
    <w:p/>
    <w:p/>
    <w:p>
      <w:r>
        <w:rPr>
          <w:b w:val="0"/>
          <w:sz w:val="20"/>
        </w:rPr>
        <w:t>Hinweis: Alle mir überlassenen Arbeitsmaterialien und Zugänge werde ich spätestens zum Beendigungsdatum zurückgeben.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Ausbildungsbetrieb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Praktikant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https://schnellmuster.com/kundigung-praktikumsvertrag-vorlage/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kundigung-praktikumsvertrag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