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PFERDEPENSIONSVERTRAGS</w:t>
      </w:r>
    </w:p>
    <w:p/>
    <w:p>
      <w:r>
        <w:rPr>
          <w:b/>
          <w:sz w:val="20"/>
        </w:rPr>
        <w:t>Angaben des Pferdehalters (Kündigender)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des Pferdepensionsbetriebes (Vertragspartner) :</w:t>
      </w:r>
    </w:p>
    <w:p>
      <w:r>
        <w:rPr>
          <w:b w:val="0"/>
          <w:sz w:val="20"/>
        </w:rPr>
        <w:t>Name / Firma : 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zum Pferd :</w:t>
      </w:r>
    </w:p>
    <w:p>
      <w:r>
        <w:rPr>
          <w:b w:val="0"/>
          <w:sz w:val="20"/>
        </w:rPr>
        <w:t>Name des Pferdes : ____________________________________________________</w:t>
      </w:r>
    </w:p>
    <w:p>
      <w:r>
        <w:rPr>
          <w:b w:val="0"/>
          <w:sz w:val="20"/>
        </w:rPr>
        <w:t>Geburtsjahr / Alter : _________________________________________________</w:t>
      </w:r>
    </w:p>
    <w:p>
      <w:r>
        <w:rPr>
          <w:b w:val="0"/>
          <w:sz w:val="20"/>
        </w:rPr>
        <w:t>Rasse : _______________________________________________________________</w:t>
      </w:r>
    </w:p>
    <w:p/>
    <w:p>
      <w:r>
        <w:rPr>
          <w:b w:val="0"/>
          <w:sz w:val="20"/>
        </w:rPr>
        <w:t>Hiermit kündige ich den mit Ihnen geschlossenen Pferdepensionsvertrag fristgerecht zum nächstmöglichen Termin.</w:t>
      </w:r>
    </w:p>
    <w:p/>
    <w:p>
      <w:r>
        <w:rPr>
          <w:b w:val="0"/>
          <w:sz w:val="20"/>
        </w:rPr>
        <w:t>Ich bitte um eine schriftliche Bestätigung der Kündigung sowie um Vereinbarung eines Termins zur Abholung meines Pferdes.</w:t>
      </w:r>
    </w:p>
    <w:p/>
    <w:p>
      <w:r>
        <w:rPr>
          <w:b w:val="0"/>
          <w:sz w:val="20"/>
        </w:rPr>
        <w:t>Mir ist bekannt, dass alle vertraglichen Verpflichtungen bis zum Ablauf der Kündigungsfrist einzuhalten sind.</w:t>
      </w:r>
    </w:p>
    <w:p/>
    <w:p/>
    <w:p>
      <w:r>
        <w:rPr>
          <w:b w:val="0"/>
          <w:sz w:val="20"/>
        </w:rPr>
        <w:t>Bitte informieren Sie mich ebenfalls über eventuell noch offene Zahlungen oder sonstige zu erledigende Angelegenheiten.</w:t>
      </w:r>
    </w:p>
    <w:p/>
    <w:p/>
    <w:p>
      <w:r>
        <w:rPr>
          <w:b w:val="0"/>
          <w:sz w:val="20"/>
        </w:rPr>
        <w:t>Ort : _________________________________________________________________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Pferdehalter (Kündigender)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Vertragspartner (Pferdepensionsbetrieb)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https://schnellmuster.com/kundigung-pferdepensionsvertrag/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kundigung-pferdepensionsvertrag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