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DES ARBEITSVERHÄLTNISSES</w:t>
      </w:r>
    </w:p>
    <w:p>
      <w:pPr>
        <w:jc w:val="center"/>
      </w:pPr>
      <w:r>
        <w:rPr>
          <w:b/>
          <w:sz w:val="20"/>
        </w:rPr>
        <w:t>Lehrer im Öffentlichen Dienst</w:t>
      </w:r>
    </w:p>
    <w:p/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Name : 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>
      <w:r>
        <w:rPr>
          <w:b/>
          <w:sz w:val="20"/>
        </w:rPr>
        <w:t>Empfänger:</w:t>
      </w:r>
    </w:p>
    <w:p>
      <w:r>
        <w:rPr>
          <w:b w:val="0"/>
          <w:sz w:val="20"/>
        </w:rPr>
        <w:t>Name der Schule : _________________________________________________</w:t>
      </w:r>
    </w:p>
    <w:p>
      <w:r>
        <w:rPr>
          <w:b w:val="0"/>
          <w:sz w:val="20"/>
        </w:rPr>
        <w:t>Anschrift der Schule : _____________________________________________</w:t>
      </w:r>
    </w:p>
    <w:p/>
    <w:p>
      <w:r>
        <w:rPr>
          <w:b/>
          <w:sz w:val="20"/>
        </w:rPr>
        <w:t>Betreff:</w:t>
      </w:r>
    </w:p>
    <w:p>
      <w:r>
        <w:rPr>
          <w:b/>
          <w:sz w:val="20"/>
        </w:rPr>
        <w:t>Kündigung meines Arbeitsverhältnisses als Lehrer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mein Arbeitsverhältnis als Lehrer bei der oben genannten Schule ordentlich und fristgerecht zum nächstmöglichen Zeitpunkt.</w:t>
      </w:r>
    </w:p>
    <w:p/>
    <w:p>
      <w:r>
        <w:rPr>
          <w:b w:val="0"/>
          <w:sz w:val="20"/>
        </w:rPr>
        <w:t>Bitte bestätigen Sie mir den Erhalt dieser Kündigung sowie das Beendigungsdatum schriftlich.</w:t>
      </w:r>
    </w:p>
    <w:p/>
    <w:p>
      <w:r>
        <w:rPr>
          <w:b w:val="0"/>
          <w:sz w:val="20"/>
        </w:rPr>
        <w:t>Ich bedanke mich für die bisherige Zusammenarbeit und wünsche der Schule weiterhin viel Erfolg.</w:t>
      </w:r>
    </w:p>
    <w:p/>
    <w:p/>
    <w:p>
      <w:r>
        <w:rPr>
          <w:b w:val="0"/>
          <w:sz w:val="20"/>
        </w:rPr>
        <w:t>Bitte informieren Sie mich über die Rückgabe von Arbeitsmaterialien oder sonstigen erforderlichen Schritten.</w:t>
      </w:r>
    </w:p>
    <w:p/>
    <w:p>
      <w:r>
        <w:rPr>
          <w:b w:val="0"/>
          <w:sz w:val="20"/>
        </w:rPr>
        <w:t>Mit freundlichen Grüßen</w:t>
      </w:r>
    </w:p>
    <w:p/>
    <w:p/>
    <w:p/>
    <w:p/>
    <w:p>
      <w:pPr>
        <w:jc w:val="center"/>
      </w:pPr>
      <w:r>
        <w:rPr>
          <w:b w:val="0"/>
          <w:sz w:val="20"/>
        </w:rPr>
        <w:t>_____________________________</w:t>
      </w:r>
    </w:p>
    <w:p>
      <w:pPr>
        <w:jc w:val="center"/>
      </w:pPr>
      <w:r>
        <w:rPr>
          <w:b w:val="0"/>
          <w:sz w:val="20"/>
        </w:rPr>
        <w:t>Name des Kündigenden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 (Kündigender)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 (Schule)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https://schnellmuster.com/kundigung-lehrer-offentlicher-dienst-musterschreiben/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kundigung-lehrer-offentlicher-dienst-musterschreiben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