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MIT KULANZ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Name/Firma : ______________________________________________________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Kündigung des Vertrags mit Kulanzregelung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mit Ihnen bestehenden Vertrag ordentlich und fristgerecht. Ich bitte Sie, der Kündigung aus Kulanz zuzustimmen.</w:t>
      </w:r>
    </w:p>
    <w:p/>
    <w:p>
      <w:r>
        <w:rPr>
          <w:b/>
          <w:sz w:val="20"/>
        </w:rPr>
        <w:t>Begründung der Kulanzbitte :</w:t>
      </w:r>
    </w:p>
    <w:p>
      <w:r>
        <w:rPr>
          <w:b w:val="0"/>
          <w:sz w:val="20"/>
        </w:rPr>
        <w:t>Aus persönlichen Gründen/äußeren Umständen bitte ich um eine kulante Regelung hinsichtlich der Vertragsbeendigung. Ich hoffe auf Ihr Verständnis und eine wohlwollende Prüfung meines Anliegens.</w:t>
      </w:r>
    </w:p>
    <w:p/>
    <w:p>
      <w:r>
        <w:rPr>
          <w:b/>
          <w:sz w:val="20"/>
        </w:rPr>
        <w:t>Rückgabe und Abwicklung :</w:t>
      </w:r>
    </w:p>
    <w:p>
      <w:r>
        <w:rPr>
          <w:b w:val="0"/>
          <w:sz w:val="20"/>
        </w:rPr>
        <w:t>Bitte informieren Sie mich über die weiteren Schritte bezüglich der Rückgabe von Geräten oder Unterlagen sowie über eventuell anfallende Restzahlungen.</w:t>
      </w:r>
    </w:p>
    <w:p/>
    <w:p>
      <w:r>
        <w:rPr>
          <w:b w:val="0"/>
          <w:sz w:val="20"/>
        </w:rPr>
        <w:t>Ich danke Ihnen im Voraus für Ihre Unterstützung und die Berücksichtigung meiner Bitte.</w:t>
      </w:r>
    </w:p>
    <w:p/>
    <w:p>
      <w:r>
        <w:rPr>
          <w:b w:val="0"/>
          <w:sz w:val="20"/>
        </w:rPr>
        <w:t>Mit freundlichen Grüßen</w:t>
      </w:r>
    </w:p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_____________________________________________</w:t>
      </w:r>
    </w:p>
    <w:p>
      <w:r>
        <w:rPr>
          <w:b w:val="0"/>
          <w:sz w:val="20"/>
        </w:rPr>
        <w:t>Unterschriftsdatum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https://schnellmuster.com/kundigung-kulanz-formulierung/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kundigung-kulanz-formulierung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