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MITGLIEDSCHAFT IN DER FEUERWEHR</w:t>
      </w:r>
    </w:p>
    <w:p/>
    <w:p>
      <w:r>
        <w:rPr>
          <w:b/>
          <w:sz w:val="20"/>
        </w:rPr>
        <w:t>An die Freiwillige Feuerwehr</w:t>
      </w:r>
    </w:p>
    <w:p>
      <w:r>
        <w:rPr>
          <w:b w:val="0"/>
          <w:sz w:val="20"/>
        </w:rPr>
        <w:t>___________________________________________________</w:t>
      </w:r>
    </w:p>
    <w:p>
      <w:r>
        <w:rPr>
          <w:b w:val="0"/>
          <w:sz w:val="20"/>
        </w:rPr>
        <w:t>___________________________________________________</w:t>
      </w:r>
    </w:p>
    <w:p/>
    <w:p/>
    <w:p>
      <w:r>
        <w:rPr>
          <w:b/>
          <w:sz w:val="20"/>
        </w:rPr>
        <w:t>Betreff: Kündigung meiner Mitgliedschaft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in der Freiwilligen Feuerwehr mit sofortiger Wirkung.</w:t>
      </w:r>
    </w:p>
    <w:p>
      <w:r>
        <w:rPr>
          <w:b w:val="0"/>
          <w:sz w:val="20"/>
        </w:rPr>
        <w:t>Ich bedanke mich für die gute Zusammenarbeit und die Erfahrungen, die ich in Ihrer Wehr sammeln konnte.</w:t>
      </w:r>
    </w:p>
    <w:p>
      <w:r>
        <w:rPr>
          <w:b w:val="0"/>
          <w:sz w:val="20"/>
        </w:rPr>
        <w:t>Bitte bestätigen Sie mir den Erhalt dieser Kündigung sowie das Datum der Beendigung meiner Mitgliedschaft schriftlich.</w:t>
      </w:r>
    </w:p>
    <w:p/>
    <w:p>
      <w:r>
        <w:rPr>
          <w:b w:val="0"/>
          <w:sz w:val="20"/>
        </w:rPr>
        <w:t>Die mir überlassene Ausrüstung werde ich gemäß den Vorgaben zurückgeben.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Name (in Blockschrift)</w:t>
      </w:r>
    </w:p>
    <w:p/>
    <w:p>
      <w:r>
        <w:rPr>
          <w:b w:val="0"/>
          <w:sz w:val="20"/>
        </w:rPr>
        <w:t>Ort,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Kündigender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Empfangsbestätigung Feuerwehr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Name/Stempel 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https://schnellmuster.com/kundigung-feuerwehr/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feuerweh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