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KÜNDIGUNG DER BÜRGSCHAFT</w:t>
      </w:r>
    </w:p>
    <w:p/>
    <w:p>
      <w:r>
        <w:rPr>
          <w:b/>
          <w:sz w:val="20"/>
        </w:rPr>
        <w:t>An:</w:t>
      </w:r>
    </w:p>
    <w:p>
      <w:r>
        <w:rPr>
          <w:b w:val="0"/>
          <w:sz w:val="20"/>
        </w:rPr>
        <w:t>_____________________________</w:t>
      </w:r>
    </w:p>
    <w:p>
      <w:r>
        <w:rPr>
          <w:b w:val="0"/>
          <w:sz w:val="20"/>
        </w:rPr>
        <w:t>_____________________________</w:t>
      </w:r>
    </w:p>
    <w:p>
      <w:r>
        <w:rPr>
          <w:b w:val="0"/>
          <w:sz w:val="20"/>
        </w:rPr>
        <w:t>_____________________________</w:t>
      </w:r>
    </w:p>
    <w:p/>
    <w:p>
      <w:r>
        <w:rPr>
          <w:b/>
          <w:sz w:val="20"/>
        </w:rPr>
        <w:t>Kündigung der Bürgschaft</w:t>
      </w:r>
    </w:p>
    <w:p/>
    <w:p>
      <w:r>
        <w:rPr>
          <w:b w:val="0"/>
          <w:sz w:val="20"/>
        </w:rPr>
        <w:t>Sehr geehrte Damen und Herren,</w:t>
      </w:r>
    </w:p>
    <w:p/>
    <w:p>
      <w:r>
        <w:rPr>
          <w:b w:val="0"/>
          <w:sz w:val="20"/>
        </w:rPr>
        <w:t>hiermit kündige ich die von mir übernommene Bürgschaft mit der Bürgschaftsnummer bzw. Vertragsnummer</w:t>
      </w:r>
    </w:p>
    <w:p>
      <w:r>
        <w:rPr>
          <w:b w:val="0"/>
          <w:sz w:val="20"/>
        </w:rPr>
        <w:t>__________________________________________________________</w:t>
      </w:r>
    </w:p>
    <w:p>
      <w:r>
        <w:rPr>
          <w:b w:val="0"/>
          <w:sz w:val="20"/>
        </w:rPr>
        <w:t>zum nächstmöglichen Zeitpunkt.</w:t>
      </w:r>
    </w:p>
    <w:p/>
    <w:p>
      <w:r>
        <w:rPr>
          <w:b w:val="0"/>
          <w:sz w:val="20"/>
        </w:rPr>
        <w:t>Bitte bestätigen Sie mir schriftlich den Eingang dieser Kündigung sowie das Datum des Wirksamwerdens der Kündigung.</w:t>
      </w:r>
    </w:p>
    <w:p/>
    <w:p>
      <w:r>
        <w:rPr>
          <w:b w:val="0"/>
          <w:sz w:val="20"/>
        </w:rPr>
        <w:t>Ich bitte Sie ferner, mir eine schriftliche Bestätigung über die Löschung oder Rückgabe der Bürgschaftsurkunde zukommen zu lassen.</w:t>
      </w:r>
    </w:p>
    <w:p/>
    <w:p>
      <w:r>
        <w:rPr>
          <w:b w:val="0"/>
          <w:sz w:val="20"/>
        </w:rPr>
        <w:t>Die Kündigung erfolgt unter der Maßgabe, dass keine Ansprüche aus der Bürgschaft mehr bestehen und alle Verpflichtungen erfüllt sind.</w:t>
      </w:r>
    </w:p>
    <w:p/>
    <w:p>
      <w:r>
        <w:rPr>
          <w:b w:val="0"/>
          <w:sz w:val="20"/>
        </w:rPr>
        <w:t>Mit freundlichen Grüßen</w:t>
      </w:r>
    </w:p>
    <w:p/>
    <w:p/>
    <w:p/>
    <w:p>
      <w:pPr>
        <w:jc w:val="center"/>
      </w:pPr>
      <w:r>
        <w:rPr>
          <w:b w:val="0"/>
          <w:sz w:val="20"/>
        </w:rPr>
        <w:t>______________________________</w:t>
      </w:r>
    </w:p>
    <w:p>
      <w:pPr>
        <w:jc w:val="center"/>
      </w:pPr>
      <w:r>
        <w:rPr>
          <w:b w:val="0"/>
          <w:sz w:val="20"/>
        </w:rPr>
        <w:t>Name des Bürgen</w:t>
      </w:r>
    </w:p>
    <w:p/>
    <w:p/>
    <w:p>
      <w:r>
        <w:rPr>
          <w:b w:val="0"/>
          <w:sz w:val="20"/>
        </w:rPr>
        <w:t>Ort: ___________________________    Datum: ___________________________</w:t>
      </w:r>
    </w:p>
    <w:p/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Bürge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Empfänger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Unterschrift: 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Unterschrift: 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Originalquelle dieses Dokuments: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https://schnellmuster.com/kundigung-burgschaft-vorlage/</w:t>
        </w:r>
      </w:hyperlink>
    </w:p>
    <w:p>
      <w:pPr>
        <w:jc w:val="center"/>
      </w:pPr>
      <w:r>
        <w:rPr>
          <w:color w:val="555555"/>
          <w:sz w:val="26"/>
        </w:rPr>
        <w:t>War diese Vorlage für Sie hilfreich?</w:t>
      </w:r>
    </w:p>
    <w:p>
      <w:pPr>
        <w:jc w:val="center"/>
      </w:pPr>
      <w:r>
        <w:rPr>
          <w:color w:val="555555"/>
          <w:sz w:val="26"/>
        </w:rPr>
        <w:t>Weitere aktuelle Vorlagen finden Sie unter: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https://schnellmuster.com</w:t>
        </w:r>
      </w:hyperlink>
    </w:p>
    <w:p>
      <w:pPr>
        <w:jc w:val="center"/>
      </w:pPr>
      <w:r>
        <w:rPr>
          <w:color w:val="808080"/>
          <w:sz w:val="20"/>
        </w:rPr>
        <w:t>Diese Vorlage ist ausschließlich für den persönlichen, nicht kommerziellen Gebrauch bestimmt.</w:t>
        <w:br/>
        <w:t>Bei Weitergabe oder Veröffentlichung ist die Nennung der Quelle verpflichtend. © schnellmuster.com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schnellmuster.com/kundigung-burgschaft-vorlage/" TargetMode="External"/><Relationship Id="rId10" Type="http://schemas.openxmlformats.org/officeDocument/2006/relationships/hyperlink" Target="https://schnellmust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