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KUNDENSCHUTZVEREINBARUNG</w:t>
      </w:r>
    </w:p>
    <w:p/>
    <w:p>
      <w:r>
        <w:rPr>
          <w:b/>
          <w:sz w:val="20"/>
        </w:rPr>
        <w:t>Zwischen</w:t>
      </w:r>
    </w:p>
    <w:p>
      <w:r>
        <w:rPr>
          <w:b w:val="0"/>
          <w:sz w:val="20"/>
        </w:rPr>
        <w:t>Firma : ________________________________________________________</w:t>
      </w:r>
    </w:p>
    <w:p>
      <w:r>
        <w:rPr>
          <w:b w:val="0"/>
          <w:sz w:val="20"/>
        </w:rPr>
        <w:t>Adresse : ______________________________________________________</w:t>
      </w:r>
    </w:p>
    <w:p>
      <w:r>
        <w:rPr>
          <w:b w:val="0"/>
          <w:sz w:val="20"/>
        </w:rPr>
        <w:t>vertreten durch : ______________________________________________</w:t>
      </w:r>
    </w:p>
    <w:p/>
    <w:p>
      <w:r>
        <w:rPr>
          <w:b/>
          <w:sz w:val="20"/>
        </w:rPr>
        <w:t>und</w:t>
      </w:r>
    </w:p>
    <w:p>
      <w:r>
        <w:rPr>
          <w:b w:val="0"/>
          <w:sz w:val="20"/>
        </w:rPr>
        <w:t>Auftragnehmer / Vertriebspartner : ______________________________</w:t>
      </w:r>
    </w:p>
    <w:p>
      <w:r>
        <w:rPr>
          <w:b w:val="0"/>
          <w:sz w:val="20"/>
        </w:rPr>
        <w:t>Adresse : ______________________________________________________</w:t>
      </w:r>
    </w:p>
    <w:p/>
    <w:p>
      <w:r>
        <w:rPr>
          <w:b/>
          <w:sz w:val="20"/>
        </w:rPr>
        <w:t>Präambel</w:t>
      </w:r>
    </w:p>
    <w:p>
      <w:r>
        <w:rPr>
          <w:b w:val="0"/>
          <w:sz w:val="20"/>
        </w:rPr>
        <w:t>Diese Kundenschutzvereinbarung regelt die Rechte und Pflichten der Vertragsparteien im Zusammenhang mit dem Schutz der Kundenbeziehungen des Auftraggebers.</w:t>
      </w:r>
    </w:p>
    <w:p/>
    <w:p>
      <w:r>
        <w:rPr>
          <w:b/>
          <w:sz w:val="20"/>
        </w:rPr>
        <w:t>§ 1 – Vertragsgegenstand</w:t>
      </w:r>
    </w:p>
    <w:p>
      <w:r>
        <w:rPr>
          <w:b w:val="0"/>
          <w:sz w:val="20"/>
        </w:rPr>
        <w:t>Der Auftragnehmer verpflichtet sich, die vom Auftraggeber überlassenen Kundenkontakte ausschließlich im Interesse des Auftraggebers zu nutzen und keine eigenen Geschäfte mit diesen Kunden abzuschließen, sofern nicht anders schriftlich vereinbart.</w:t>
      </w:r>
    </w:p>
    <w:p/>
    <w:p>
      <w:r>
        <w:rPr>
          <w:b/>
          <w:sz w:val="20"/>
        </w:rPr>
        <w:t>§ 2 – Kundenschutz</w:t>
      </w:r>
    </w:p>
    <w:p>
      <w:r>
        <w:rPr>
          <w:b w:val="0"/>
          <w:sz w:val="20"/>
        </w:rPr>
        <w:t>Der Auftragnehmer verpflichtet sich, keine Kunden des Auftraggebers abzuwerben oder direkt anzusprechen, die ihm durch den Auftraggeber bekannt gemacht wurden. Dies gilt während der Laufzeit dieses Vertrages und für einen Zeitraum von 12 Monaten nach Beendigung.</w:t>
      </w:r>
    </w:p>
    <w:p/>
    <w:p>
      <w:r>
        <w:rPr>
          <w:b/>
          <w:sz w:val="20"/>
        </w:rPr>
        <w:t>§ 3 – Vertraulichkeit</w:t>
      </w:r>
    </w:p>
    <w:p>
      <w:r>
        <w:rPr>
          <w:b w:val="0"/>
          <w:sz w:val="20"/>
        </w:rPr>
        <w:t>Alle Informationen über Kunden, Preise und Geschäftsprozesse, die dem Auftragnehmer im Zusammenhang mit diesem Vertrag bekannt werden, sind vertraulich zu behandeln und dürfen nicht an Dritte weitergegeben werden.</w:t>
      </w:r>
    </w:p>
    <w:p/>
    <w:p>
      <w:r>
        <w:rPr>
          <w:b/>
          <w:sz w:val="20"/>
        </w:rPr>
        <w:t>§ 4 – Vertragslaufzeit und Kündigung</w:t>
      </w:r>
    </w:p>
    <w:p>
      <w:r>
        <w:rPr>
          <w:b w:val="0"/>
          <w:sz w:val="20"/>
        </w:rPr>
        <w:t>Dieser Vertrag beginnt mit Unterzeichnung und läuft auf unbestimmte Zeit. Er kann von beiden Parteien mit einer Frist von 3 Monaten zum Monatsende schriftlich gekündigt werden.</w:t>
      </w:r>
    </w:p>
    <w:p/>
    <w:p>
      <w:r>
        <w:rPr>
          <w:b/>
          <w:sz w:val="20"/>
        </w:rPr>
        <w:t>§ 5 – Schadensersatz</w:t>
      </w:r>
    </w:p>
    <w:p>
      <w:r>
        <w:rPr>
          <w:b w:val="0"/>
          <w:sz w:val="20"/>
        </w:rPr>
        <w:t>Verstößt der Auftragnehmer gegen diese Vereinbarung, ist er verpflichtet, dem Auftraggeber den daraus entstehenden Schaden zu ersetzen.</w:t>
      </w:r>
    </w:p>
    <w:p/>
    <w:p>
      <w:r>
        <w:rPr>
          <w:b/>
          <w:sz w:val="20"/>
        </w:rPr>
        <w:t>§ 6 – Sonstige Bestimmungen</w:t>
      </w:r>
    </w:p>
    <w:p>
      <w:r>
        <w:rPr>
          <w:b w:val="0"/>
          <w:sz w:val="20"/>
        </w:rPr>
        <w:t>Sollten einzelne Bestimmungen dieses Vertrages unwirksam sein oder werden, bleibt die Wirksamkeit der übrigen Bestimmungen unberührt. Änderungen und Ergänzungen bedürfen der Schriftform.</w:t>
      </w:r>
    </w:p>
    <w:p/>
    <w:p/>
    <w:p>
      <w:r>
        <w:rPr>
          <w:b w:val="0"/>
          <w:sz w:val="20"/>
        </w:rPr>
        <w:t>Ort : ___________________________________    Datum : 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AUFTRAGGEBER</w:t>
            </w:r>
          </w:p>
        </w:tc>
        <w:tc>
          <w:tcPr>
            <w:tcW w:type="dxa" w:w="4986"/>
            <w:tcBorders>
              <w:top w:val="nil"/>
              <w:left w:val="nil"/>
              <w:bottom w:val="nil"/>
              <w:right w:val="nil"/>
              <w:insideH w:val="nil"/>
              <w:insideV w:val="nil"/>
            </w:tcBorders>
          </w:tcPr>
          <w:p>
            <w:pPr>
              <w:jc w:val="center"/>
            </w:pPr>
            <w:r>
              <w:t>AUFTRAGNEHMER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https://schnellmuster.com/kundenschutzvereinbarung-muster/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kundenschutzvereinbarung-muster/"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