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KULANZANTRAG MERCEDES</w:t>
      </w:r>
    </w:p>
    <w:p/>
    <w:p>
      <w:r>
        <w:rPr>
          <w:b/>
          <w:sz w:val="20"/>
        </w:rPr>
        <w:t>Angaben zum Antragsteller: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E-Mail-Adresse : _____________________________________________________</w:t>
      </w:r>
    </w:p>
    <w:p/>
    <w:p>
      <w:r>
        <w:rPr>
          <w:b/>
          <w:sz w:val="20"/>
        </w:rPr>
        <w:t>Fahrzeugdaten:</w:t>
      </w:r>
    </w:p>
    <w:p>
      <w:r>
        <w:rPr>
          <w:b w:val="0"/>
          <w:sz w:val="20"/>
        </w:rPr>
        <w:t>Fahrgestellnummer (FIN) : __________________________________________</w:t>
      </w:r>
    </w:p>
    <w:p>
      <w:r>
        <w:rPr>
          <w:b w:val="0"/>
          <w:sz w:val="20"/>
        </w:rPr>
        <w:t>Modellbezeichnung : _________________________________________________</w:t>
      </w:r>
    </w:p>
    <w:p>
      <w:r>
        <w:rPr>
          <w:b w:val="0"/>
          <w:sz w:val="20"/>
        </w:rPr>
        <w:t>Erstzulassung : _________________________________________________</w:t>
      </w:r>
    </w:p>
    <w:p>
      <w:r>
        <w:rPr>
          <w:b w:val="0"/>
          <w:sz w:val="20"/>
        </w:rPr>
        <w:t>Kilometerstand : _________________________________________________</w:t>
      </w:r>
    </w:p>
    <w:p/>
    <w:p>
      <w:r>
        <w:rPr>
          <w:b/>
          <w:sz w:val="20"/>
        </w:rPr>
        <w:t>Details zum Kulanzantrag:</w:t>
      </w:r>
    </w:p>
    <w:p>
      <w:r>
        <w:rPr>
          <w:b w:val="0"/>
          <w:sz w:val="20"/>
        </w:rPr>
        <w:t>Beschreibung des Mangels / Schadens : 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Bisherige Werkstattbesuche (Datum und Beschreibung) : 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Begründung des Kulanzantrags: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Hinweise zum Kulanzantrag:</w:t>
      </w:r>
    </w:p>
    <w:p>
      <w:r>
        <w:rPr>
          <w:b w:val="0"/>
          <w:sz w:val="20"/>
        </w:rPr>
        <w:t>Mit der Einreichung dieses Antrags bestätige ich, dass die angegebenen Angaben wahrheitsgemäß und vollständig sind.</w:t>
      </w:r>
    </w:p>
    <w:p>
      <w:r>
        <w:rPr>
          <w:b w:val="0"/>
          <w:sz w:val="20"/>
        </w:rPr>
        <w:t>Mir ist bekannt, dass eine Kulanzleistung im Ermessen von Mercedes-Benz liegt und keine rechtliche Verpflichtung besteht.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Unterschrift Antragsteller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Mercedes-Benz Service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https://schnellmuster.com/kulanzantrag-mercedes/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ulanzantrag-mercedes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