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KOSTENÜBERNAHMEBESTÄTIGUNG</w:t>
      </w:r>
    </w:p>
    <w:p/>
    <w:p>
      <w:r>
        <w:rPr>
          <w:b/>
          <w:sz w:val="20"/>
        </w:rPr>
        <w:t>Hiermit bestätigt die unterzeichnende Partei die Übernahme der nachfolgend genannten Kosten.</w:t>
      </w:r>
    </w:p>
    <w:p/>
    <w:p>
      <w:r>
        <w:rPr>
          <w:b/>
          <w:sz w:val="20"/>
        </w:rPr>
        <w:t>Angaben der kostenübernehmenden Partei:</w:t>
      </w:r>
    </w:p>
    <w:p>
      <w:r>
        <w:rPr>
          <w:b w:val="0"/>
          <w:sz w:val="20"/>
        </w:rPr>
        <w:t>Name / Firma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der begünstigten Partei:</w:t>
      </w:r>
    </w:p>
    <w:p>
      <w:r>
        <w:rPr>
          <w:b w:val="0"/>
          <w:sz w:val="20"/>
        </w:rPr>
        <w:t>Name / Firma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Beschreibung der Kostenübernahme:</w:t>
      </w:r>
    </w:p>
    <w:p>
      <w:r>
        <w:rPr>
          <w:b w:val="0"/>
          <w:sz w:val="20"/>
        </w:rPr>
        <w:t>Die übernehmende Partei erklärt sich bereit, folgende Kosten zu übernehmen:</w:t>
      </w:r>
    </w:p>
    <w:p>
      <w:r>
        <w:rPr>
          <w:b w:val="0"/>
          <w:sz w:val="20"/>
        </w:rPr>
        <w:t>- Art der Kosten : ______________________________________________________</w:t>
      </w:r>
    </w:p>
    <w:p>
      <w:r>
        <w:rPr>
          <w:b w:val="0"/>
          <w:sz w:val="20"/>
        </w:rPr>
        <w:t>- Betrag : __________________ EUR</w:t>
      </w:r>
    </w:p>
    <w:p>
      <w:r>
        <w:rPr>
          <w:b w:val="0"/>
          <w:sz w:val="20"/>
        </w:rPr>
        <w:t>- Grund der Kostenübernahme : ____________________________________________</w:t>
      </w:r>
    </w:p>
    <w:p/>
    <w:p>
      <w:r>
        <w:rPr>
          <w:b/>
          <w:sz w:val="20"/>
        </w:rPr>
        <w:t>Zahlungsmodalitäten:</w:t>
      </w:r>
    </w:p>
    <w:p>
      <w:r>
        <w:rPr>
          <w:b w:val="0"/>
          <w:sz w:val="20"/>
        </w:rPr>
        <w:t>Die Zahlung erfolgt durch die übernehmende Partei auf folgendem Weg:</w:t>
      </w:r>
    </w:p>
    <w:p>
      <w:r>
        <w:rPr>
          <w:b w:val="0"/>
          <w:sz w:val="20"/>
        </w:rPr>
        <w:t>- Zahlungsweise : _______________________________________________________</w:t>
      </w:r>
    </w:p>
    <w:p>
      <w:r>
        <w:rPr>
          <w:b w:val="0"/>
          <w:sz w:val="20"/>
        </w:rPr>
        <w:t>- Fälligkeit der Zahlung : _______________________________________________</w:t>
      </w:r>
    </w:p>
    <w:p/>
    <w:p>
      <w:r>
        <w:rPr>
          <w:b/>
          <w:sz w:val="20"/>
        </w:rPr>
        <w:t>Weitere Bestimmungen:</w:t>
      </w:r>
    </w:p>
    <w:p>
      <w:r>
        <w:rPr>
          <w:b w:val="0"/>
          <w:sz w:val="20"/>
        </w:rPr>
        <w:t>Die übernehmende Partei übernimmt keine Haftung über die ordnungsgemäße Verwendung der übernommenen Kosten. Diese Bestätigung stellt keine Schuldanerkennung dar.</w:t>
      </w:r>
    </w:p>
    <w:p/>
    <w:p>
      <w:r>
        <w:rPr>
          <w:b w:val="0"/>
          <w:sz w:val="20"/>
        </w:rPr>
        <w:t>Für nicht geregelte Punkte gelten die gesetzlichen Bestimmungen der Bundesrepublik Deutschland.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KOSTENÜBERNEHMENDE PARTEI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BEGÜNSTIGTE PARTEI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https://schnellmuster.com/kostenubernahmebestatigung/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ostenubernahmebestatig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