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KONZEPT ERSTELLEN VORLAGE</w:t>
      </w:r>
    </w:p>
    <w:p/>
    <w:p>
      <w:r>
        <w:rPr>
          <w:b/>
          <w:sz w:val="20"/>
        </w:rPr>
        <w:t>Projektname :</w:t>
      </w:r>
    </w:p>
    <w:p>
      <w:r>
        <w:rPr>
          <w:b w:val="0"/>
          <w:sz w:val="20"/>
        </w:rPr>
        <w:t>_____________________________________________________________</w:t>
      </w:r>
    </w:p>
    <w:p/>
    <w:p>
      <w:r>
        <w:rPr>
          <w:b/>
          <w:sz w:val="20"/>
        </w:rPr>
        <w:t>Projektbeschreibung :</w:t>
      </w:r>
    </w:p>
    <w:p>
      <w:r>
        <w:rPr>
          <w:b w:val="0"/>
          <w:sz w:val="20"/>
        </w:rPr>
        <w:t>_____________________________________________________________</w:t>
      </w:r>
    </w:p>
    <w:p>
      <w:r>
        <w:rPr>
          <w:b w:val="0"/>
          <w:sz w:val="20"/>
        </w:rPr>
        <w:t>_____________________________________________________________</w:t>
      </w:r>
    </w:p>
    <w:p>
      <w:r>
        <w:rPr>
          <w:b w:val="0"/>
          <w:sz w:val="20"/>
        </w:rPr>
        <w:t>_____________________________________________________________</w:t>
      </w:r>
    </w:p>
    <w:p/>
    <w:p>
      <w:r>
        <w:rPr>
          <w:b/>
          <w:sz w:val="20"/>
        </w:rPr>
        <w:t>Zielsetzung des Konzeptes :</w:t>
      </w:r>
    </w:p>
    <w:p>
      <w:r>
        <w:rPr>
          <w:b w:val="0"/>
          <w:sz w:val="20"/>
        </w:rPr>
        <w:t>_____________________________________________________________</w:t>
      </w:r>
    </w:p>
    <w:p>
      <w:r>
        <w:rPr>
          <w:b w:val="0"/>
          <w:sz w:val="20"/>
        </w:rPr>
        <w:t>_____________________________________________________________</w:t>
      </w:r>
    </w:p>
    <w:p>
      <w:r>
        <w:rPr>
          <w:b w:val="0"/>
          <w:sz w:val="20"/>
        </w:rPr>
        <w:t>_____________________________________________________________</w:t>
      </w:r>
    </w:p>
    <w:p/>
    <w:p>
      <w:r>
        <w:rPr>
          <w:b/>
          <w:sz w:val="20"/>
        </w:rPr>
        <w:t>Beteiligte Personen: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Funktion : _________________________________________________________</w:t>
      </w:r>
    </w:p>
    <w:p>
      <w:r>
        <w:rPr>
          <w:b w:val="0"/>
          <w:sz w:val="20"/>
        </w:rPr>
        <w:t>Kontakt : __________________________________________________________</w:t>
      </w:r>
    </w:p>
    <w:p/>
    <w:p>
      <w:r>
        <w:rPr>
          <w:b/>
          <w:sz w:val="20"/>
        </w:rPr>
        <w:t>Zeitliche Planung:</w:t>
      </w:r>
    </w:p>
    <w:p>
      <w:r>
        <w:rPr>
          <w:b w:val="0"/>
          <w:sz w:val="20"/>
        </w:rPr>
        <w:t>Start : ____________________________________________________________</w:t>
      </w:r>
    </w:p>
    <w:p>
      <w:r>
        <w:rPr>
          <w:b w:val="0"/>
          <w:sz w:val="20"/>
        </w:rPr>
        <w:t>Ende : _____________________________________________________________</w:t>
      </w:r>
    </w:p>
    <w:p/>
    <w:p>
      <w:r>
        <w:rPr>
          <w:b/>
          <w:sz w:val="20"/>
        </w:rPr>
        <w:t>Ressourcen und Budget:</w:t>
      </w:r>
    </w:p>
    <w:p>
      <w:r>
        <w:rPr>
          <w:b w:val="0"/>
          <w:sz w:val="20"/>
        </w:rPr>
        <w:t>Benötigte Ressourcen : ___________________________________________</w:t>
      </w:r>
    </w:p>
    <w:p>
      <w:r>
        <w:rPr>
          <w:b w:val="0"/>
          <w:sz w:val="20"/>
        </w:rPr>
        <w:t>Verfügbares Budget : ______________________________________________</w:t>
      </w:r>
    </w:p>
    <w:p/>
    <w:p>
      <w:r>
        <w:rPr>
          <w:b/>
          <w:sz w:val="20"/>
        </w:rPr>
        <w:t>Vorgehensweise / Methodik :</w:t>
      </w:r>
    </w:p>
    <w:p>
      <w:r>
        <w:rPr>
          <w:b w:val="0"/>
          <w:sz w:val="20"/>
        </w:rPr>
        <w:t>_____________________________________________________________</w:t>
      </w:r>
    </w:p>
    <w:p>
      <w:r>
        <w:rPr>
          <w:b w:val="0"/>
          <w:sz w:val="20"/>
        </w:rPr>
        <w:t>_____________________________________________________________</w:t>
      </w:r>
    </w:p>
    <w:p>
      <w:r>
        <w:rPr>
          <w:b w:val="0"/>
          <w:sz w:val="20"/>
        </w:rPr>
        <w:t>_____________________________________________________________</w:t>
      </w:r>
    </w:p>
    <w:p/>
    <w:p>
      <w:r>
        <w:rPr>
          <w:b/>
          <w:sz w:val="20"/>
        </w:rPr>
        <w:t>Risiken und Herausforderungen :</w:t>
      </w:r>
    </w:p>
    <w:p>
      <w:r>
        <w:rPr>
          <w:b w:val="0"/>
          <w:sz w:val="20"/>
        </w:rPr>
        <w:t>_____________________________________________________________</w:t>
      </w:r>
    </w:p>
    <w:p>
      <w:r>
        <w:rPr>
          <w:b w:val="0"/>
          <w:sz w:val="20"/>
        </w:rPr>
        <w:t>_____________________________________________________________</w:t>
      </w:r>
    </w:p>
    <w:p>
      <w:r>
        <w:rPr>
          <w:b w:val="0"/>
          <w:sz w:val="20"/>
        </w:rPr>
        <w:t>_____________________________________________________________</w:t>
      </w:r>
    </w:p>
    <w:p/>
    <w:p>
      <w:r>
        <w:rPr>
          <w:b/>
          <w:sz w:val="20"/>
        </w:rPr>
        <w:t>Erfolgskriterien :</w:t>
      </w:r>
    </w:p>
    <w:p>
      <w:r>
        <w:rPr>
          <w:b w:val="0"/>
          <w:sz w:val="20"/>
        </w:rPr>
        <w:t>_____________________________________________________________</w:t>
      </w:r>
    </w:p>
    <w:p>
      <w:r>
        <w:rPr>
          <w:b w:val="0"/>
          <w:sz w:val="20"/>
        </w:rPr>
        <w:t>_____________________________________________________________</w:t>
      </w:r>
    </w:p>
    <w:p>
      <w:r>
        <w:rPr>
          <w:b w:val="0"/>
          <w:sz w:val="20"/>
        </w:rPr>
        <w:t>_____________________________________________________________</w:t>
      </w:r>
    </w:p>
    <w:p/>
    <w:p/>
    <w:p>
      <w:r>
        <w:rPr>
          <w:b w:val="0"/>
          <w:sz w:val="20"/>
        </w:rPr>
        <w:t>Ort der Erstellung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FREIGEBER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https://schnellmuster.com/konzept-erstellen-vorlage/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konzept-erstellen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