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KAUFANBOT</w:t>
      </w:r>
    </w:p>
    <w:p/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Name / Firma: ________________________________________________</w:t>
      </w:r>
    </w:p>
    <w:p>
      <w:r>
        <w:rPr>
          <w:b w:val="0"/>
          <w:sz w:val="20"/>
        </w:rPr>
        <w:t>Adresse: 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Von:</w:t>
      </w:r>
    </w:p>
    <w:p>
      <w:r>
        <w:rPr>
          <w:b w:val="0"/>
          <w:sz w:val="20"/>
        </w:rPr>
        <w:t>Name / Firma: ________________________________________________</w:t>
      </w:r>
    </w:p>
    <w:p>
      <w:r>
        <w:rPr>
          <w:b w:val="0"/>
          <w:sz w:val="20"/>
        </w:rPr>
        <w:t>Adresse: 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Kaufanbot für folgende Ware / Dienstleistung: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Details des Kaufanbots:</w:t>
      </w:r>
    </w:p>
    <w:p>
      <w:r>
        <w:rPr>
          <w:b w:val="0"/>
          <w:sz w:val="20"/>
        </w:rPr>
        <w:t>Beschreibung: _________________________________________________</w:t>
      </w:r>
    </w:p>
    <w:p>
      <w:r>
        <w:rPr>
          <w:b w:val="0"/>
          <w:sz w:val="20"/>
        </w:rPr>
        <w:t>Menge: ________________________________________________________</w:t>
      </w:r>
    </w:p>
    <w:p>
      <w:r>
        <w:rPr>
          <w:b w:val="0"/>
          <w:sz w:val="20"/>
        </w:rPr>
        <w:t>Preis pro Einheit: _____________________________________________ EUR</w:t>
      </w:r>
    </w:p>
    <w:p>
      <w:r>
        <w:rPr>
          <w:b w:val="0"/>
          <w:sz w:val="20"/>
        </w:rPr>
        <w:t>Gesamtpreis: _________________________________________________ EUR</w:t>
      </w:r>
    </w:p>
    <w:p>
      <w:r>
        <w:rPr>
          <w:b w:val="0"/>
          <w:sz w:val="20"/>
        </w:rPr>
        <w:t>Lieferbedingungen: ____________________________________________</w:t>
      </w:r>
    </w:p>
    <w:p>
      <w:r>
        <w:rPr>
          <w:b w:val="0"/>
          <w:sz w:val="20"/>
        </w:rPr>
        <w:t>Zahlungsbedingungen: __________________________________________</w:t>
      </w:r>
    </w:p>
    <w:p/>
    <w:p>
      <w:r>
        <w:rPr>
          <w:b/>
          <w:sz w:val="20"/>
        </w:rPr>
        <w:t>Dieses Kaufanbot gilt bis zur Annahme durch den Verkäufer.</w:t>
      </w:r>
    </w:p>
    <w:p>
      <w:r>
        <w:rPr>
          <w:b w:val="0"/>
          <w:sz w:val="20"/>
        </w:rPr>
        <w:t>Nach Ablauf dieser Frist ist das Angebot unverbindlich.</w:t>
      </w:r>
    </w:p>
    <w:p/>
    <w:p>
      <w:r>
        <w:rPr>
          <w:b/>
          <w:sz w:val="20"/>
        </w:rPr>
        <w:t>Ich / Wir erkläre(n) hiermit verbindlich den Kauf der oben genannten Ware / Dienstleistung zum angegebenen Preis anzubieten.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Anbieter (Käufer)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(Verkäufer)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https://schnellmuster.com/kaufanbot-vorlage/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aufanbot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