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KÜNDIGUNGSVORLAGE FÜR INJOY FITNESSVERTRAG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Straße und Hausnummer : _______________________________________________</w:t>
      </w:r>
    </w:p>
    <w:p>
      <w:r>
        <w:rPr>
          <w:b w:val="0"/>
          <w:sz w:val="20"/>
        </w:rPr>
        <w:t>PLZ und Ort : _________________________________________________________</w:t>
      </w:r>
    </w:p>
    <w:p>
      <w:r>
        <w:rPr>
          <w:b w:val="0"/>
          <w:sz w:val="20"/>
        </w:rPr>
        <w:t>Mitgliedsnummer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INJOY Fitness GmbH</w:t>
      </w:r>
    </w:p>
    <w:p>
      <w:r>
        <w:rPr>
          <w:b w:val="0"/>
          <w:sz w:val="20"/>
        </w:rPr>
        <w:t>Kundenservice / Vertragsverwaltung</w:t>
      </w:r>
    </w:p>
    <w:p>
      <w:r>
        <w:rPr>
          <w:b w:val="0"/>
          <w:sz w:val="20"/>
        </w:rPr>
        <w:t>Musterstraße 1</w:t>
      </w:r>
    </w:p>
    <w:p>
      <w:r>
        <w:rPr>
          <w:b w:val="0"/>
          <w:sz w:val="20"/>
        </w:rPr>
        <w:t>12345 Musterstadt</w:t>
      </w:r>
    </w:p>
    <w:p/>
    <w:p>
      <w:r>
        <w:rPr>
          <w:b/>
          <w:sz w:val="20"/>
        </w:rPr>
        <w:t>Betreff : Kündigung meines Fitnessvertrages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mit Ihnen bestehenden Fitnessvertrag fristgerecht zum nächstmöglichen Zeitpunkt.</w:t>
      </w:r>
    </w:p>
    <w:p>
      <w:r>
        <w:rPr>
          <w:b w:val="0"/>
          <w:sz w:val="20"/>
        </w:rPr>
        <w:t>Ich bitte um schriftliche Bestätigung der Kündigung sowie die Angabe des Beendigungszeitpunktes.</w:t>
      </w:r>
    </w:p>
    <w:p/>
    <w:p>
      <w:r>
        <w:rPr>
          <w:b w:val="0"/>
          <w:sz w:val="20"/>
        </w:rPr>
        <w:t>Bitte bestätigen Sie mir außerdem, dass Sie sämtliche mit meiner Person gespeicherten Daten nach Beendigung des Vertrages löschen.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Vor- und Nachname (Unterschrift)</w:t>
      </w:r>
    </w:p>
    <w:p/>
    <w:p/>
    <w:p>
      <w:r>
        <w:rPr>
          <w:b w:val="0"/>
          <w:sz w:val="20"/>
        </w:rPr>
        <w:t>Ort : __________________________________</w:t>
      </w:r>
    </w:p>
    <w:p>
      <w:r>
        <w:rPr>
          <w:b w:val="0"/>
          <w:sz w:val="20"/>
        </w:rPr>
        <w:t>Datum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https://schnellmuster.com/injoy-kundigung-vorlage/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injoy-kundigung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